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739DF77" w14:textId="77777777" w:rsidR="00AC2C6E" w:rsidRPr="000F70BD" w:rsidRDefault="00ED4172" w:rsidP="000F70BD">
      <w:pPr>
        <w:pStyle w:val="Heading1"/>
        <w:spacing w:before="120" w:after="120" w:line="240" w:lineRule="auto"/>
        <w:jc w:val="center"/>
        <w:rPr>
          <w:rFonts w:cs="Times New Roman"/>
          <w:color w:val="0070C0"/>
          <w:sz w:val="36"/>
          <w:szCs w:val="26"/>
        </w:rPr>
      </w:pPr>
      <w:r w:rsidRPr="000F70BD">
        <w:rPr>
          <w:rFonts w:cs="Times New Roman"/>
          <w:color w:val="0070C0"/>
          <w:sz w:val="36"/>
          <w:szCs w:val="26"/>
        </w:rPr>
        <w:t>CHÍNH SÁCH BẢO MẬT DỮ LIỆU CÁ NHÂN TRONG TUYỂN DỤNG</w:t>
      </w:r>
      <w:r w:rsidRPr="000F70BD">
        <w:rPr>
          <w:rFonts w:cs="Times New Roman"/>
          <w:color w:val="0070C0"/>
          <w:sz w:val="36"/>
          <w:szCs w:val="26"/>
        </w:rPr>
        <w:br/>
        <w:t>CÔNG TY CỔ PHẦN KẾT CẤU THÉP ATAD</w:t>
      </w:r>
    </w:p>
    <w:p w14:paraId="3B727086" w14:textId="603FE617" w:rsidR="00677BB7" w:rsidRDefault="00ED4172" w:rsidP="00677BB7">
      <w:pPr>
        <w:spacing w:before="120" w:after="120" w:line="240" w:lineRule="auto"/>
        <w:jc w:val="both"/>
        <w:rPr>
          <w:rFonts w:ascii="Times New Roman" w:hAnsi="Times New Roman" w:cs="Times New Roman"/>
          <w:sz w:val="26"/>
          <w:szCs w:val="26"/>
        </w:rPr>
      </w:pPr>
      <w:r w:rsidRPr="00631D6C">
        <w:rPr>
          <w:rFonts w:ascii="Times New Roman" w:hAnsi="Times New Roman" w:cs="Times New Roman"/>
          <w:sz w:val="26"/>
          <w:szCs w:val="26"/>
        </w:rPr>
        <w:br/>
      </w:r>
      <w:r w:rsidR="00677BB7" w:rsidRPr="003E418C">
        <w:rPr>
          <w:rStyle w:val="Heading1Char"/>
        </w:rPr>
        <w:t xml:space="preserve">I. </w:t>
      </w:r>
      <w:r w:rsidR="00677BB7">
        <w:rPr>
          <w:rStyle w:val="Heading1Char"/>
        </w:rPr>
        <w:t xml:space="preserve">MỤC ĐÍCH </w:t>
      </w:r>
      <w:r w:rsidR="00677BB7" w:rsidRPr="00631D6C">
        <w:rPr>
          <w:rFonts w:ascii="Times New Roman" w:hAnsi="Times New Roman" w:cs="Times New Roman"/>
          <w:sz w:val="26"/>
          <w:szCs w:val="26"/>
        </w:rPr>
        <w:t xml:space="preserve"> </w:t>
      </w:r>
    </w:p>
    <w:p w14:paraId="123EAD0D" w14:textId="030394DC" w:rsidR="00AC2C6E" w:rsidRPr="00631D6C" w:rsidRDefault="00ED4172" w:rsidP="00677BB7">
      <w:pPr>
        <w:spacing w:before="120" w:after="120" w:line="240" w:lineRule="auto"/>
        <w:jc w:val="both"/>
        <w:rPr>
          <w:rFonts w:ascii="Times New Roman" w:hAnsi="Times New Roman" w:cs="Times New Roman"/>
          <w:sz w:val="26"/>
          <w:szCs w:val="26"/>
        </w:rPr>
      </w:pPr>
      <w:r w:rsidRPr="00631D6C">
        <w:rPr>
          <w:rFonts w:ascii="Times New Roman" w:hAnsi="Times New Roman" w:cs="Times New Roman"/>
          <w:sz w:val="26"/>
          <w:szCs w:val="26"/>
        </w:rPr>
        <w:t>Chính sách này quy định việc thu thập, xử lý, quản lý, lưu trữ, sử dụng và bảo vệ dữ liệu cá nhân của Ứng viên và Người lao động trong hoạt động tuyển dụng tại Công ty Cổ Phần Kết Cấu Thép ATAD (sau đây gọi là “Công ty”), nhằm bảo đảm tuân thủ pháp luật và bảo vệ quyền, lợi ích hợp pháp của chủ thể dữ liệu.</w:t>
      </w:r>
    </w:p>
    <w:p w14:paraId="098196E1" w14:textId="77777777" w:rsidR="00ED4172" w:rsidRPr="00631D6C" w:rsidRDefault="00ED4172" w:rsidP="00677BB7">
      <w:pPr>
        <w:spacing w:before="120" w:after="120" w:line="240" w:lineRule="auto"/>
        <w:rPr>
          <w:rFonts w:ascii="Times New Roman" w:hAnsi="Times New Roman" w:cs="Times New Roman"/>
          <w:sz w:val="26"/>
          <w:szCs w:val="26"/>
        </w:rPr>
      </w:pPr>
      <w:r w:rsidRPr="003E418C">
        <w:rPr>
          <w:rStyle w:val="Heading1Char"/>
        </w:rPr>
        <w:t>II. CĂN CỨ PHÁP LÝ</w:t>
      </w:r>
      <w:r w:rsidRPr="00631D6C">
        <w:rPr>
          <w:rFonts w:ascii="Times New Roman" w:hAnsi="Times New Roman" w:cs="Times New Roman"/>
          <w:sz w:val="26"/>
          <w:szCs w:val="26"/>
        </w:rPr>
        <w:br/>
        <w:t>Chính sách này được xây dựng trên cơ sở:</w:t>
      </w:r>
    </w:p>
    <w:p w14:paraId="4B85F055" w14:textId="77777777" w:rsidR="00ED4172" w:rsidRPr="00631D6C" w:rsidRDefault="00ED4172" w:rsidP="00396714">
      <w:pPr>
        <w:pStyle w:val="ListParagraph"/>
        <w:numPr>
          <w:ilvl w:val="0"/>
          <w:numId w:val="32"/>
        </w:numPr>
        <w:spacing w:before="120" w:after="120" w:line="240" w:lineRule="auto"/>
        <w:jc w:val="both"/>
        <w:rPr>
          <w:rFonts w:ascii="Times New Roman" w:hAnsi="Times New Roman" w:cs="Times New Roman"/>
          <w:sz w:val="26"/>
          <w:szCs w:val="26"/>
        </w:rPr>
      </w:pPr>
      <w:r w:rsidRPr="00631D6C">
        <w:rPr>
          <w:rFonts w:ascii="Times New Roman" w:hAnsi="Times New Roman" w:cs="Times New Roman"/>
          <w:sz w:val="26"/>
          <w:szCs w:val="26"/>
        </w:rPr>
        <w:t>Luật Bảo vệ Dữ liệu Cá nhân năm 2025, có hiệu lực từ ngày 01/01/2026;</w:t>
      </w:r>
    </w:p>
    <w:p w14:paraId="6C61C85D" w14:textId="77777777" w:rsidR="00ED4172" w:rsidRPr="00631D6C" w:rsidRDefault="00ED4172" w:rsidP="00396714">
      <w:pPr>
        <w:pStyle w:val="ListParagraph"/>
        <w:numPr>
          <w:ilvl w:val="0"/>
          <w:numId w:val="32"/>
        </w:numPr>
        <w:spacing w:before="120" w:after="120" w:line="240" w:lineRule="auto"/>
        <w:jc w:val="both"/>
        <w:rPr>
          <w:rFonts w:ascii="Times New Roman" w:hAnsi="Times New Roman" w:cs="Times New Roman"/>
          <w:sz w:val="26"/>
          <w:szCs w:val="26"/>
        </w:rPr>
      </w:pPr>
      <w:r w:rsidRPr="00631D6C">
        <w:rPr>
          <w:rFonts w:ascii="Times New Roman" w:hAnsi="Times New Roman" w:cs="Times New Roman"/>
          <w:sz w:val="26"/>
          <w:szCs w:val="26"/>
        </w:rPr>
        <w:t>Nghị định số 356/2025/NĐ-CP ngày 31/12/2025 của Chính phủ;</w:t>
      </w:r>
    </w:p>
    <w:p w14:paraId="7E508FAB" w14:textId="77777777" w:rsidR="00ED4172" w:rsidRPr="00631D6C" w:rsidRDefault="00ED4172" w:rsidP="00396714">
      <w:pPr>
        <w:pStyle w:val="ListParagraph"/>
        <w:numPr>
          <w:ilvl w:val="0"/>
          <w:numId w:val="32"/>
        </w:numPr>
        <w:spacing w:before="120" w:after="120" w:line="240" w:lineRule="auto"/>
        <w:jc w:val="both"/>
        <w:rPr>
          <w:rFonts w:ascii="Times New Roman" w:hAnsi="Times New Roman" w:cs="Times New Roman"/>
          <w:sz w:val="26"/>
          <w:szCs w:val="26"/>
        </w:rPr>
      </w:pPr>
      <w:r w:rsidRPr="00631D6C">
        <w:rPr>
          <w:rFonts w:ascii="Times New Roman" w:hAnsi="Times New Roman" w:cs="Times New Roman"/>
          <w:sz w:val="26"/>
          <w:szCs w:val="26"/>
        </w:rPr>
        <w:t>Bộ luật Lao động và các văn bản pháp luật liên quan;</w:t>
      </w:r>
    </w:p>
    <w:p w14:paraId="73A484EF" w14:textId="25E781F9" w:rsidR="00AC2C6E" w:rsidRPr="00631D6C" w:rsidRDefault="00ED4172" w:rsidP="00396714">
      <w:pPr>
        <w:pStyle w:val="ListParagraph"/>
        <w:numPr>
          <w:ilvl w:val="0"/>
          <w:numId w:val="32"/>
        </w:numPr>
        <w:spacing w:before="120" w:after="120" w:line="240" w:lineRule="auto"/>
        <w:jc w:val="both"/>
        <w:rPr>
          <w:rFonts w:ascii="Times New Roman" w:hAnsi="Times New Roman" w:cs="Times New Roman"/>
          <w:sz w:val="26"/>
          <w:szCs w:val="26"/>
        </w:rPr>
      </w:pPr>
      <w:r w:rsidRPr="00631D6C">
        <w:rPr>
          <w:rFonts w:ascii="Times New Roman" w:hAnsi="Times New Roman" w:cs="Times New Roman"/>
          <w:sz w:val="26"/>
          <w:szCs w:val="26"/>
        </w:rPr>
        <w:t>Quy định nội bộ của Công ty</w:t>
      </w:r>
      <w:r w:rsidR="00396714">
        <w:rPr>
          <w:rFonts w:ascii="Times New Roman" w:hAnsi="Times New Roman" w:cs="Times New Roman"/>
          <w:sz w:val="26"/>
          <w:szCs w:val="26"/>
        </w:rPr>
        <w:t>.</w:t>
      </w:r>
    </w:p>
    <w:p w14:paraId="098CC1BC" w14:textId="77777777" w:rsidR="00ED4172" w:rsidRPr="00631D6C" w:rsidRDefault="00ED4172" w:rsidP="00677BB7">
      <w:pPr>
        <w:pStyle w:val="Heading1"/>
        <w:spacing w:before="120" w:after="120" w:line="240" w:lineRule="auto"/>
        <w:jc w:val="both"/>
      </w:pPr>
      <w:r w:rsidRPr="00631D6C">
        <w:t>III. PHẠM VI ÁP DỤNG</w:t>
      </w:r>
    </w:p>
    <w:p w14:paraId="77F0F4FA" w14:textId="77777777" w:rsidR="00ED4172" w:rsidRPr="00631D6C" w:rsidRDefault="00ED4172" w:rsidP="00396714">
      <w:pPr>
        <w:pStyle w:val="ListParagraph"/>
        <w:numPr>
          <w:ilvl w:val="0"/>
          <w:numId w:val="42"/>
        </w:numPr>
        <w:spacing w:before="120" w:after="120" w:line="240" w:lineRule="auto"/>
        <w:jc w:val="both"/>
        <w:rPr>
          <w:rFonts w:ascii="Times New Roman" w:hAnsi="Times New Roman" w:cs="Times New Roman"/>
          <w:sz w:val="26"/>
          <w:szCs w:val="26"/>
        </w:rPr>
      </w:pPr>
      <w:r w:rsidRPr="00631D6C">
        <w:rPr>
          <w:rFonts w:ascii="Times New Roman" w:hAnsi="Times New Roman" w:cs="Times New Roman"/>
          <w:sz w:val="26"/>
          <w:szCs w:val="26"/>
        </w:rPr>
        <w:t>Phạm vi áp dụng: Áp dụng đối với toàn bộ hoạt động tuyển dụng, tiếp nhận, quản lý hồ sơ ứng viên của Công ty thông qua website, email, nền tảng tuyển dụng, mạng xã hội hoặc hình thức khác.</w:t>
      </w:r>
    </w:p>
    <w:p w14:paraId="71F3170C" w14:textId="77777777" w:rsidR="00ED4172" w:rsidRPr="00631D6C" w:rsidRDefault="00ED4172" w:rsidP="00396714">
      <w:pPr>
        <w:pStyle w:val="ListParagraph"/>
        <w:numPr>
          <w:ilvl w:val="0"/>
          <w:numId w:val="42"/>
        </w:numPr>
        <w:spacing w:before="120" w:after="120" w:line="240" w:lineRule="auto"/>
        <w:jc w:val="both"/>
        <w:rPr>
          <w:rFonts w:ascii="Times New Roman" w:hAnsi="Times New Roman" w:cs="Times New Roman"/>
          <w:sz w:val="26"/>
          <w:szCs w:val="26"/>
        </w:rPr>
      </w:pPr>
      <w:r w:rsidRPr="00631D6C">
        <w:rPr>
          <w:rFonts w:ascii="Times New Roman" w:hAnsi="Times New Roman" w:cs="Times New Roman"/>
          <w:sz w:val="26"/>
          <w:szCs w:val="26"/>
        </w:rPr>
        <w:t>Đối tượng áp dụng:</w:t>
      </w:r>
    </w:p>
    <w:p w14:paraId="15C82DDC" w14:textId="77777777" w:rsidR="00ED4172" w:rsidRPr="00631D6C" w:rsidRDefault="00ED4172" w:rsidP="00396714">
      <w:pPr>
        <w:pStyle w:val="ListParagraph"/>
        <w:numPr>
          <w:ilvl w:val="0"/>
          <w:numId w:val="31"/>
        </w:numPr>
        <w:spacing w:before="120" w:after="120" w:line="240" w:lineRule="auto"/>
        <w:jc w:val="both"/>
        <w:rPr>
          <w:rFonts w:ascii="Times New Roman" w:hAnsi="Times New Roman" w:cs="Times New Roman"/>
          <w:sz w:val="26"/>
          <w:szCs w:val="26"/>
        </w:rPr>
      </w:pPr>
      <w:r w:rsidRPr="00631D6C">
        <w:rPr>
          <w:rFonts w:ascii="Times New Roman" w:hAnsi="Times New Roman" w:cs="Times New Roman"/>
          <w:sz w:val="26"/>
          <w:szCs w:val="26"/>
        </w:rPr>
        <w:t>Ứng viên ứng tuyển vào Công ty;</w:t>
      </w:r>
    </w:p>
    <w:p w14:paraId="3B940632" w14:textId="77777777" w:rsidR="00ED4172" w:rsidRPr="00631D6C" w:rsidRDefault="00ED4172" w:rsidP="00396714">
      <w:pPr>
        <w:pStyle w:val="ListParagraph"/>
        <w:numPr>
          <w:ilvl w:val="0"/>
          <w:numId w:val="31"/>
        </w:numPr>
        <w:spacing w:before="120" w:after="120" w:line="240" w:lineRule="auto"/>
        <w:jc w:val="both"/>
        <w:rPr>
          <w:rFonts w:ascii="Times New Roman" w:hAnsi="Times New Roman" w:cs="Times New Roman"/>
          <w:sz w:val="26"/>
          <w:szCs w:val="26"/>
        </w:rPr>
      </w:pPr>
      <w:r w:rsidRPr="00631D6C">
        <w:rPr>
          <w:rFonts w:ascii="Times New Roman" w:hAnsi="Times New Roman" w:cs="Times New Roman"/>
          <w:sz w:val="26"/>
          <w:szCs w:val="26"/>
        </w:rPr>
        <w:t>Người lao động được tuyển dụng;</w:t>
      </w:r>
    </w:p>
    <w:p w14:paraId="38BE8BA0" w14:textId="77777777" w:rsidR="00ED4172" w:rsidRPr="00631D6C" w:rsidRDefault="00ED4172" w:rsidP="00396714">
      <w:pPr>
        <w:pStyle w:val="ListParagraph"/>
        <w:numPr>
          <w:ilvl w:val="0"/>
          <w:numId w:val="31"/>
        </w:numPr>
        <w:spacing w:before="120" w:after="120" w:line="240" w:lineRule="auto"/>
        <w:jc w:val="both"/>
        <w:rPr>
          <w:rFonts w:ascii="Times New Roman" w:hAnsi="Times New Roman" w:cs="Times New Roman"/>
          <w:sz w:val="26"/>
          <w:szCs w:val="26"/>
        </w:rPr>
      </w:pPr>
      <w:r w:rsidRPr="00631D6C">
        <w:rPr>
          <w:rFonts w:ascii="Times New Roman" w:hAnsi="Times New Roman" w:cs="Times New Roman"/>
          <w:sz w:val="26"/>
          <w:szCs w:val="26"/>
        </w:rPr>
        <w:t>Các bộ phận, cá nhân liên quan đến hoạt động tuyển dụng.</w:t>
      </w:r>
    </w:p>
    <w:p w14:paraId="00FF3C57" w14:textId="77777777" w:rsidR="00ED4172" w:rsidRPr="00631D6C" w:rsidRDefault="00ED4172" w:rsidP="00677BB7">
      <w:pPr>
        <w:pStyle w:val="Heading1"/>
        <w:spacing w:before="120" w:after="120" w:line="240" w:lineRule="auto"/>
        <w:jc w:val="both"/>
      </w:pPr>
      <w:r w:rsidRPr="00631D6C">
        <w:t xml:space="preserve">IV. </w:t>
      </w:r>
      <w:r w:rsidR="00F4572A" w:rsidRPr="00631D6C">
        <w:t xml:space="preserve">PHÂN </w:t>
      </w:r>
      <w:r w:rsidRPr="00631D6C">
        <w:t>LOẠI DỮ LIỆU CÁ NHÂN ĐƯỢC THU THẬP</w:t>
      </w:r>
    </w:p>
    <w:p w14:paraId="5ABA8675" w14:textId="77777777" w:rsidR="00ED4172" w:rsidRPr="00631D6C" w:rsidRDefault="00ED4172" w:rsidP="00677BB7">
      <w:pPr>
        <w:pStyle w:val="NormalWeb"/>
        <w:spacing w:before="120" w:beforeAutospacing="0" w:after="120" w:afterAutospacing="0"/>
        <w:jc w:val="both"/>
        <w:rPr>
          <w:sz w:val="26"/>
          <w:szCs w:val="26"/>
        </w:rPr>
      </w:pPr>
      <w:r w:rsidRPr="00631D6C">
        <w:rPr>
          <w:sz w:val="26"/>
          <w:szCs w:val="26"/>
        </w:rPr>
        <w:t>Công ty chỉ thu thập các thông tin phục vụ cho mục đích tuyển dụng hợp pháp, bao gồm nhưng không giới hạn:</w:t>
      </w:r>
    </w:p>
    <w:p w14:paraId="40C520D4" w14:textId="22043AED" w:rsidR="00F4572A" w:rsidRPr="00631D6C" w:rsidRDefault="00F4572A" w:rsidP="00677BB7">
      <w:pPr>
        <w:pStyle w:val="NormalWeb"/>
        <w:spacing w:before="120" w:beforeAutospacing="0" w:after="120" w:afterAutospacing="0"/>
        <w:jc w:val="both"/>
        <w:rPr>
          <w:sz w:val="26"/>
          <w:szCs w:val="26"/>
        </w:rPr>
      </w:pPr>
      <w:r w:rsidRPr="00631D6C">
        <w:rPr>
          <w:sz w:val="26"/>
          <w:szCs w:val="26"/>
        </w:rPr>
        <w:t xml:space="preserve">“Dữ Liệu Cá Nhân” là thông tin dưới dạng ký hiệu, chữ viết, chữ số, hình ảnh, âm thanh hoặc dạng tương tự trên môi trường điện tử gắn liền với một con người cụ thể hoặc giúp xác định một con người cụ thể. Dữ Liệu Cá Nhân bao gồm dữ liệu cá nhân cơ bản và dữ liệu cá nhân nhạy cảm.   </w:t>
      </w:r>
    </w:p>
    <w:p w14:paraId="658940A7" w14:textId="77777777" w:rsidR="00F4572A" w:rsidRPr="00631D6C" w:rsidRDefault="00F4572A" w:rsidP="00677BB7">
      <w:pPr>
        <w:numPr>
          <w:ilvl w:val="0"/>
          <w:numId w:val="27"/>
        </w:numPr>
        <w:shd w:val="clear" w:color="auto" w:fill="FFFFFF"/>
        <w:tabs>
          <w:tab w:val="left" w:pos="1134"/>
        </w:tabs>
        <w:spacing w:before="120" w:after="120" w:line="240" w:lineRule="auto"/>
        <w:ind w:left="0" w:firstLine="284"/>
        <w:jc w:val="both"/>
        <w:rPr>
          <w:rFonts w:ascii="Times New Roman" w:eastAsia="Times New Roman" w:hAnsi="Times New Roman" w:cs="Times New Roman"/>
          <w:bCs/>
          <w:sz w:val="26"/>
          <w:szCs w:val="26"/>
        </w:rPr>
      </w:pPr>
      <w:r w:rsidRPr="00631D6C">
        <w:rPr>
          <w:rFonts w:ascii="Times New Roman" w:eastAsia="Times New Roman" w:hAnsi="Times New Roman" w:cs="Times New Roman"/>
          <w:bCs/>
          <w:sz w:val="26"/>
          <w:szCs w:val="26"/>
        </w:rPr>
        <w:t xml:space="preserve">Các </w:t>
      </w:r>
      <w:r w:rsidRPr="00631D6C">
        <w:rPr>
          <w:rFonts w:ascii="Times New Roman" w:eastAsia="Times New Roman" w:hAnsi="Times New Roman" w:cs="Times New Roman"/>
          <w:bCs/>
          <w:color w:val="FF0000"/>
          <w:sz w:val="26"/>
          <w:szCs w:val="26"/>
        </w:rPr>
        <w:t>dữ liệu cá nhân cơ bản</w:t>
      </w:r>
      <w:r w:rsidRPr="00631D6C">
        <w:rPr>
          <w:rFonts w:ascii="Times New Roman" w:eastAsia="Times New Roman" w:hAnsi="Times New Roman" w:cs="Times New Roman"/>
          <w:bCs/>
          <w:sz w:val="26"/>
          <w:szCs w:val="26"/>
        </w:rPr>
        <w:t xml:space="preserve"> gồm:</w:t>
      </w:r>
    </w:p>
    <w:p w14:paraId="5D822620" w14:textId="38D7D043" w:rsidR="00F4572A" w:rsidRPr="00396714" w:rsidRDefault="00F4572A" w:rsidP="00396714">
      <w:pPr>
        <w:pStyle w:val="ListParagraph"/>
        <w:numPr>
          <w:ilvl w:val="0"/>
          <w:numId w:val="41"/>
        </w:numPr>
        <w:shd w:val="clear" w:color="auto" w:fill="FFFFFF"/>
        <w:spacing w:before="120" w:after="120" w:line="240" w:lineRule="auto"/>
        <w:ind w:left="720"/>
        <w:jc w:val="both"/>
        <w:rPr>
          <w:rFonts w:ascii="Times New Roman" w:eastAsia="Times New Roman" w:hAnsi="Times New Roman" w:cs="Times New Roman"/>
          <w:sz w:val="26"/>
          <w:szCs w:val="26"/>
        </w:rPr>
      </w:pPr>
      <w:r w:rsidRPr="00396714">
        <w:rPr>
          <w:rFonts w:ascii="Times New Roman" w:eastAsia="Times New Roman" w:hAnsi="Times New Roman" w:cs="Times New Roman"/>
          <w:sz w:val="26"/>
          <w:szCs w:val="26"/>
        </w:rPr>
        <w:t xml:space="preserve">Họ, chữ đệm và tên khai sinh, tên gọi khác (nếu có); Ngày, tháng, năm sinh; ngày, tháng, năm chết hoặc mất tích; Giới tính; Nơi sinh, nơi đăng ký khai sinh, nơi thường trú, nơi tạm trú, nơi ở hiện tại, quê quán, địa chỉ liên hệ; Quốc tịch; </w:t>
      </w:r>
      <w:r w:rsidR="00396714" w:rsidRPr="00396714">
        <w:rPr>
          <w:rFonts w:ascii="Times New Roman" w:eastAsia="Times New Roman" w:hAnsi="Times New Roman" w:cs="Times New Roman"/>
          <w:sz w:val="26"/>
          <w:szCs w:val="26"/>
        </w:rPr>
        <w:t>E</w:t>
      </w:r>
      <w:r w:rsidRPr="00396714">
        <w:rPr>
          <w:rFonts w:ascii="Times New Roman" w:eastAsia="Times New Roman" w:hAnsi="Times New Roman" w:cs="Times New Roman"/>
          <w:sz w:val="26"/>
          <w:szCs w:val="26"/>
        </w:rPr>
        <w:t>mail;</w:t>
      </w:r>
    </w:p>
    <w:p w14:paraId="64FD8332" w14:textId="77777777" w:rsidR="00F4572A" w:rsidRPr="00396714" w:rsidRDefault="00F4572A" w:rsidP="00396714">
      <w:pPr>
        <w:pStyle w:val="ListParagraph"/>
        <w:numPr>
          <w:ilvl w:val="0"/>
          <w:numId w:val="41"/>
        </w:numPr>
        <w:shd w:val="clear" w:color="auto" w:fill="FFFFFF"/>
        <w:spacing w:before="120" w:after="120" w:line="240" w:lineRule="auto"/>
        <w:ind w:left="720"/>
        <w:jc w:val="both"/>
        <w:rPr>
          <w:rFonts w:ascii="Times New Roman" w:eastAsia="Times New Roman" w:hAnsi="Times New Roman" w:cs="Times New Roman"/>
          <w:sz w:val="26"/>
          <w:szCs w:val="26"/>
        </w:rPr>
      </w:pPr>
      <w:r w:rsidRPr="00396714">
        <w:rPr>
          <w:rFonts w:ascii="Times New Roman" w:eastAsia="Times New Roman" w:hAnsi="Times New Roman" w:cs="Times New Roman"/>
          <w:sz w:val="26"/>
          <w:szCs w:val="26"/>
        </w:rPr>
        <w:t>Tình trạng hôn nhân; Thông tin về mối quan hệ gia đình (cha mẹ, con cái, vợ chồng);</w:t>
      </w:r>
    </w:p>
    <w:p w14:paraId="6C9F12BE" w14:textId="77777777" w:rsidR="00F4572A" w:rsidRPr="00396714" w:rsidRDefault="00F4572A" w:rsidP="00396714">
      <w:pPr>
        <w:pStyle w:val="ListParagraph"/>
        <w:numPr>
          <w:ilvl w:val="0"/>
          <w:numId w:val="41"/>
        </w:numPr>
        <w:shd w:val="clear" w:color="auto" w:fill="FFFFFF"/>
        <w:spacing w:before="120" w:after="120" w:line="240" w:lineRule="auto"/>
        <w:ind w:left="720"/>
        <w:jc w:val="both"/>
        <w:rPr>
          <w:rFonts w:ascii="Times New Roman" w:eastAsia="Times New Roman" w:hAnsi="Times New Roman" w:cs="Times New Roman"/>
          <w:sz w:val="26"/>
          <w:szCs w:val="26"/>
        </w:rPr>
      </w:pPr>
      <w:r w:rsidRPr="00396714">
        <w:rPr>
          <w:rFonts w:ascii="Times New Roman" w:eastAsia="Times New Roman" w:hAnsi="Times New Roman" w:cs="Times New Roman"/>
          <w:sz w:val="26"/>
          <w:szCs w:val="26"/>
        </w:rPr>
        <w:t>Hình ảnh của cá nhân;</w:t>
      </w:r>
    </w:p>
    <w:p w14:paraId="2D9EED59" w14:textId="77777777" w:rsidR="00F4572A" w:rsidRPr="00396714" w:rsidRDefault="00F4572A" w:rsidP="00396714">
      <w:pPr>
        <w:pStyle w:val="ListParagraph"/>
        <w:numPr>
          <w:ilvl w:val="0"/>
          <w:numId w:val="41"/>
        </w:numPr>
        <w:shd w:val="clear" w:color="auto" w:fill="FFFFFF"/>
        <w:spacing w:before="120" w:after="120" w:line="240" w:lineRule="auto"/>
        <w:ind w:left="720"/>
        <w:jc w:val="both"/>
        <w:rPr>
          <w:rFonts w:ascii="Times New Roman" w:eastAsia="Times New Roman" w:hAnsi="Times New Roman" w:cs="Times New Roman"/>
          <w:sz w:val="26"/>
          <w:szCs w:val="26"/>
        </w:rPr>
      </w:pPr>
      <w:r w:rsidRPr="00396714">
        <w:rPr>
          <w:rFonts w:ascii="Times New Roman" w:eastAsia="Times New Roman" w:hAnsi="Times New Roman" w:cs="Times New Roman"/>
          <w:sz w:val="26"/>
          <w:szCs w:val="26"/>
        </w:rPr>
        <w:t>Số điện thoại, số định danh cá nhân, số hộ chiếu, số giấy phép lái xe, số biển số xe, số mã số thuế cá nhân, số bảo hiểm xã hội, số thẻ bảo hiểm y tế;</w:t>
      </w:r>
    </w:p>
    <w:p w14:paraId="45043F95" w14:textId="77777777" w:rsidR="00F4572A" w:rsidRPr="00396714" w:rsidRDefault="00F4572A" w:rsidP="00396714">
      <w:pPr>
        <w:pStyle w:val="ListParagraph"/>
        <w:numPr>
          <w:ilvl w:val="0"/>
          <w:numId w:val="41"/>
        </w:numPr>
        <w:shd w:val="clear" w:color="auto" w:fill="FFFFFF"/>
        <w:spacing w:before="120" w:after="120" w:line="240" w:lineRule="auto"/>
        <w:ind w:left="720"/>
        <w:jc w:val="both"/>
        <w:rPr>
          <w:rFonts w:ascii="Times New Roman" w:eastAsia="Times New Roman" w:hAnsi="Times New Roman" w:cs="Times New Roman"/>
          <w:sz w:val="26"/>
          <w:szCs w:val="26"/>
        </w:rPr>
      </w:pPr>
      <w:r w:rsidRPr="00396714">
        <w:rPr>
          <w:rFonts w:ascii="Times New Roman" w:eastAsia="Times New Roman" w:hAnsi="Times New Roman" w:cs="Times New Roman"/>
          <w:sz w:val="26"/>
          <w:szCs w:val="26"/>
        </w:rPr>
        <w:t>Thông tin về tài khoản số của cá nhân; dữ liệu cá nhân phản ánh hoạt động, lịch sử hoạt động trên không gian mạng;</w:t>
      </w:r>
    </w:p>
    <w:p w14:paraId="4F07FF36" w14:textId="77777777" w:rsidR="00F4572A" w:rsidRPr="00396714" w:rsidRDefault="00F4572A" w:rsidP="00396714">
      <w:pPr>
        <w:pStyle w:val="ListParagraph"/>
        <w:numPr>
          <w:ilvl w:val="0"/>
          <w:numId w:val="41"/>
        </w:numPr>
        <w:shd w:val="clear" w:color="auto" w:fill="FFFFFF"/>
        <w:spacing w:before="120" w:after="120" w:line="240" w:lineRule="auto"/>
        <w:ind w:left="720"/>
        <w:jc w:val="both"/>
        <w:rPr>
          <w:rFonts w:ascii="Times New Roman" w:eastAsia="Times New Roman" w:hAnsi="Times New Roman" w:cs="Times New Roman"/>
          <w:sz w:val="26"/>
          <w:szCs w:val="26"/>
        </w:rPr>
      </w:pPr>
      <w:r w:rsidRPr="00396714">
        <w:rPr>
          <w:rFonts w:ascii="Times New Roman" w:eastAsia="Times New Roman" w:hAnsi="Times New Roman" w:cs="Times New Roman"/>
          <w:sz w:val="26"/>
          <w:szCs w:val="26"/>
        </w:rPr>
        <w:lastRenderedPageBreak/>
        <w:t>Lý lịch, hồ sơ xin việc, thư giới thiệu, kinh nghiệm làm việc, bằng cấp, giấy phép và chứng chỉ chuyên môn, kỹ năng và trình độ công việc;</w:t>
      </w:r>
    </w:p>
    <w:p w14:paraId="00D68A6C" w14:textId="77777777" w:rsidR="00F4572A" w:rsidRPr="00396714" w:rsidRDefault="00F4572A" w:rsidP="00396714">
      <w:pPr>
        <w:pStyle w:val="ListParagraph"/>
        <w:numPr>
          <w:ilvl w:val="0"/>
          <w:numId w:val="41"/>
        </w:numPr>
        <w:shd w:val="clear" w:color="auto" w:fill="FFFFFF"/>
        <w:spacing w:before="120" w:after="120" w:line="240" w:lineRule="auto"/>
        <w:ind w:left="720"/>
        <w:jc w:val="both"/>
        <w:rPr>
          <w:rFonts w:ascii="Times New Roman" w:eastAsia="Times New Roman" w:hAnsi="Times New Roman" w:cs="Times New Roman"/>
          <w:sz w:val="26"/>
          <w:szCs w:val="26"/>
        </w:rPr>
      </w:pPr>
      <w:r w:rsidRPr="00396714">
        <w:rPr>
          <w:rFonts w:ascii="Times New Roman" w:eastAsia="Times New Roman" w:hAnsi="Times New Roman" w:cs="Times New Roman"/>
          <w:sz w:val="26"/>
          <w:szCs w:val="26"/>
        </w:rPr>
        <w:t>Thông tin về thu nhập, mức lương, thưởng; các thông tin tham chiếu, phản hồi từ chủ lao động, người tham chiếu khác và các thông tin nhận được từ quy trình tuyển dụng;</w:t>
      </w:r>
    </w:p>
    <w:p w14:paraId="4188EF81" w14:textId="77777777" w:rsidR="00F4572A" w:rsidRPr="00396714" w:rsidRDefault="00F4572A" w:rsidP="00396714">
      <w:pPr>
        <w:pStyle w:val="ListParagraph"/>
        <w:numPr>
          <w:ilvl w:val="0"/>
          <w:numId w:val="41"/>
        </w:numPr>
        <w:shd w:val="clear" w:color="auto" w:fill="FFFFFF"/>
        <w:spacing w:before="120" w:after="120" w:line="240" w:lineRule="auto"/>
        <w:ind w:left="720"/>
        <w:jc w:val="both"/>
        <w:rPr>
          <w:rFonts w:ascii="Times New Roman" w:eastAsia="Times New Roman" w:hAnsi="Times New Roman" w:cs="Times New Roman"/>
          <w:sz w:val="26"/>
          <w:szCs w:val="26"/>
        </w:rPr>
      </w:pPr>
      <w:r w:rsidRPr="00396714">
        <w:rPr>
          <w:rFonts w:ascii="Times New Roman" w:eastAsia="Times New Roman" w:hAnsi="Times New Roman" w:cs="Times New Roman"/>
          <w:sz w:val="26"/>
          <w:szCs w:val="26"/>
        </w:rPr>
        <w:t>Và bất kỳ thông tin bổ sung nào được cung cấp, tiết lộ, ATAD thu thập/tiếp cận được trong quá trình tuyển dụng.</w:t>
      </w:r>
    </w:p>
    <w:p w14:paraId="3D591064" w14:textId="77777777" w:rsidR="00F4572A" w:rsidRPr="00631D6C" w:rsidRDefault="00F4572A" w:rsidP="00677BB7">
      <w:pPr>
        <w:numPr>
          <w:ilvl w:val="0"/>
          <w:numId w:val="27"/>
        </w:numPr>
        <w:shd w:val="clear" w:color="auto" w:fill="FFFFFF"/>
        <w:tabs>
          <w:tab w:val="left" w:pos="1134"/>
        </w:tabs>
        <w:spacing w:before="120" w:after="120" w:line="240" w:lineRule="auto"/>
        <w:ind w:left="0" w:firstLine="284"/>
        <w:jc w:val="both"/>
        <w:rPr>
          <w:rFonts w:ascii="Times New Roman" w:eastAsia="Times New Roman" w:hAnsi="Times New Roman" w:cs="Times New Roman"/>
          <w:bCs/>
          <w:sz w:val="26"/>
          <w:szCs w:val="26"/>
        </w:rPr>
      </w:pPr>
      <w:r w:rsidRPr="00631D6C">
        <w:rPr>
          <w:rFonts w:ascii="Times New Roman" w:eastAsia="Times New Roman" w:hAnsi="Times New Roman" w:cs="Times New Roman"/>
          <w:bCs/>
          <w:sz w:val="26"/>
          <w:szCs w:val="26"/>
        </w:rPr>
        <w:t xml:space="preserve">Các </w:t>
      </w:r>
      <w:r w:rsidRPr="00631D6C">
        <w:rPr>
          <w:rFonts w:ascii="Times New Roman" w:eastAsia="Times New Roman" w:hAnsi="Times New Roman" w:cs="Times New Roman"/>
          <w:bCs/>
          <w:color w:val="FF0000"/>
          <w:sz w:val="26"/>
          <w:szCs w:val="26"/>
        </w:rPr>
        <w:t xml:space="preserve">dữ liệu cá nhân nhạy cảm </w:t>
      </w:r>
      <w:r w:rsidRPr="00631D6C">
        <w:rPr>
          <w:rFonts w:ascii="Times New Roman" w:eastAsia="Times New Roman" w:hAnsi="Times New Roman" w:cs="Times New Roman"/>
          <w:bCs/>
          <w:sz w:val="26"/>
          <w:szCs w:val="26"/>
        </w:rPr>
        <w:t>gồm:</w:t>
      </w:r>
    </w:p>
    <w:p w14:paraId="1CD69A2E" w14:textId="76B846D9" w:rsidR="00F4572A" w:rsidRPr="00396714" w:rsidRDefault="00396714" w:rsidP="00396714">
      <w:pPr>
        <w:pStyle w:val="ListParagraph"/>
        <w:numPr>
          <w:ilvl w:val="0"/>
          <w:numId w:val="40"/>
        </w:numPr>
        <w:shd w:val="clear" w:color="auto" w:fill="FFFFFF"/>
        <w:spacing w:before="120" w:after="120" w:line="240" w:lineRule="auto"/>
        <w:ind w:left="720"/>
        <w:jc w:val="both"/>
        <w:rPr>
          <w:rFonts w:ascii="Times New Roman" w:eastAsia="Times New Roman" w:hAnsi="Times New Roman" w:cs="Times New Roman"/>
          <w:sz w:val="26"/>
          <w:szCs w:val="26"/>
        </w:rPr>
      </w:pPr>
      <w:r w:rsidRPr="00396714">
        <w:rPr>
          <w:rFonts w:ascii="Times New Roman" w:eastAsia="Times New Roman" w:hAnsi="Times New Roman" w:cs="Times New Roman"/>
          <w:sz w:val="26"/>
          <w:szCs w:val="26"/>
        </w:rPr>
        <w:t>N</w:t>
      </w:r>
      <w:r w:rsidR="00F4572A" w:rsidRPr="00396714">
        <w:rPr>
          <w:rFonts w:ascii="Times New Roman" w:eastAsia="Times New Roman" w:hAnsi="Times New Roman" w:cs="Times New Roman"/>
          <w:sz w:val="26"/>
          <w:szCs w:val="26"/>
        </w:rPr>
        <w:t>guồn gốc dân tộc;</w:t>
      </w:r>
    </w:p>
    <w:p w14:paraId="6FE5A5FC" w14:textId="77777777" w:rsidR="00F4572A" w:rsidRPr="00396714" w:rsidRDefault="00F4572A" w:rsidP="00396714">
      <w:pPr>
        <w:pStyle w:val="ListParagraph"/>
        <w:numPr>
          <w:ilvl w:val="0"/>
          <w:numId w:val="40"/>
        </w:numPr>
        <w:shd w:val="clear" w:color="auto" w:fill="FFFFFF"/>
        <w:spacing w:before="120" w:after="120" w:line="240" w:lineRule="auto"/>
        <w:ind w:left="720"/>
        <w:jc w:val="both"/>
        <w:rPr>
          <w:rFonts w:ascii="Times New Roman" w:eastAsia="Times New Roman" w:hAnsi="Times New Roman" w:cs="Times New Roman"/>
          <w:sz w:val="26"/>
          <w:szCs w:val="26"/>
        </w:rPr>
      </w:pPr>
      <w:r w:rsidRPr="00396714">
        <w:rPr>
          <w:rFonts w:ascii="Times New Roman" w:eastAsia="Times New Roman" w:hAnsi="Times New Roman" w:cs="Times New Roman"/>
          <w:sz w:val="26"/>
          <w:szCs w:val="26"/>
        </w:rPr>
        <w:t>Tôn giáo, tín ngưỡng;</w:t>
      </w:r>
    </w:p>
    <w:p w14:paraId="581D9521" w14:textId="77777777" w:rsidR="00F4572A" w:rsidRPr="00396714" w:rsidRDefault="00F4572A" w:rsidP="00396714">
      <w:pPr>
        <w:pStyle w:val="ListParagraph"/>
        <w:numPr>
          <w:ilvl w:val="0"/>
          <w:numId w:val="40"/>
        </w:numPr>
        <w:shd w:val="clear" w:color="auto" w:fill="FFFFFF"/>
        <w:spacing w:before="120" w:after="120" w:line="240" w:lineRule="auto"/>
        <w:ind w:left="720"/>
        <w:jc w:val="both"/>
        <w:rPr>
          <w:rFonts w:ascii="Times New Roman" w:eastAsia="Times New Roman" w:hAnsi="Times New Roman" w:cs="Times New Roman"/>
          <w:sz w:val="26"/>
          <w:szCs w:val="26"/>
        </w:rPr>
      </w:pPr>
      <w:r w:rsidRPr="00396714">
        <w:rPr>
          <w:rFonts w:ascii="Times New Roman" w:eastAsia="Times New Roman" w:hAnsi="Times New Roman" w:cs="Times New Roman"/>
          <w:sz w:val="26"/>
          <w:szCs w:val="26"/>
        </w:rPr>
        <w:t>Tình trạng sức khỏe;</w:t>
      </w:r>
    </w:p>
    <w:p w14:paraId="01EEF214" w14:textId="4A5D6485" w:rsidR="00F4572A" w:rsidRPr="00396714" w:rsidRDefault="00F4572A" w:rsidP="00396714">
      <w:pPr>
        <w:pStyle w:val="ListParagraph"/>
        <w:numPr>
          <w:ilvl w:val="0"/>
          <w:numId w:val="40"/>
        </w:numPr>
        <w:shd w:val="clear" w:color="auto" w:fill="FFFFFF"/>
        <w:spacing w:before="120" w:after="120" w:line="240" w:lineRule="auto"/>
        <w:ind w:left="720"/>
        <w:jc w:val="both"/>
        <w:rPr>
          <w:rFonts w:ascii="Times New Roman" w:eastAsia="Times New Roman" w:hAnsi="Times New Roman" w:cs="Times New Roman"/>
          <w:sz w:val="26"/>
          <w:szCs w:val="26"/>
        </w:rPr>
      </w:pPr>
      <w:r w:rsidRPr="00396714">
        <w:rPr>
          <w:rFonts w:ascii="Times New Roman" w:eastAsia="Times New Roman" w:hAnsi="Times New Roman" w:cs="Times New Roman"/>
          <w:sz w:val="26"/>
          <w:szCs w:val="26"/>
        </w:rPr>
        <w:t>Dữ liệu sinh trắc học</w:t>
      </w:r>
      <w:r w:rsidR="00396714" w:rsidRPr="00396714">
        <w:rPr>
          <w:rFonts w:ascii="Times New Roman" w:eastAsia="Times New Roman" w:hAnsi="Times New Roman" w:cs="Times New Roman"/>
          <w:sz w:val="26"/>
          <w:szCs w:val="26"/>
        </w:rPr>
        <w:t>;</w:t>
      </w:r>
    </w:p>
    <w:p w14:paraId="46C989A2" w14:textId="77777777" w:rsidR="00F4572A" w:rsidRPr="00396714" w:rsidRDefault="00F4572A" w:rsidP="00396714">
      <w:pPr>
        <w:pStyle w:val="ListParagraph"/>
        <w:numPr>
          <w:ilvl w:val="0"/>
          <w:numId w:val="40"/>
        </w:numPr>
        <w:shd w:val="clear" w:color="auto" w:fill="FFFFFF"/>
        <w:spacing w:before="120" w:after="120" w:line="240" w:lineRule="auto"/>
        <w:ind w:left="720"/>
        <w:jc w:val="both"/>
        <w:rPr>
          <w:rFonts w:ascii="Times New Roman" w:eastAsia="Times New Roman" w:hAnsi="Times New Roman" w:cs="Times New Roman"/>
          <w:sz w:val="26"/>
          <w:szCs w:val="26"/>
        </w:rPr>
      </w:pPr>
      <w:r w:rsidRPr="00396714">
        <w:rPr>
          <w:rFonts w:ascii="Times New Roman" w:eastAsia="Times New Roman" w:hAnsi="Times New Roman" w:cs="Times New Roman"/>
          <w:sz w:val="26"/>
          <w:szCs w:val="26"/>
        </w:rPr>
        <w:t>Dữ liệu về tội phạm, hành vi phạm tội được thu thập, lưu trữ bởi các cơ quan thực thi pháp luật;</w:t>
      </w:r>
    </w:p>
    <w:p w14:paraId="3CB1F7AD" w14:textId="77777777" w:rsidR="00F4572A" w:rsidRPr="00396714" w:rsidRDefault="00F4572A" w:rsidP="00396714">
      <w:pPr>
        <w:pStyle w:val="ListParagraph"/>
        <w:numPr>
          <w:ilvl w:val="0"/>
          <w:numId w:val="40"/>
        </w:numPr>
        <w:shd w:val="clear" w:color="auto" w:fill="FFFFFF"/>
        <w:spacing w:before="120" w:after="120" w:line="240" w:lineRule="auto"/>
        <w:ind w:left="720"/>
        <w:jc w:val="both"/>
        <w:rPr>
          <w:rFonts w:ascii="Times New Roman" w:eastAsia="Times New Roman" w:hAnsi="Times New Roman" w:cs="Times New Roman"/>
          <w:sz w:val="26"/>
          <w:szCs w:val="26"/>
        </w:rPr>
      </w:pPr>
      <w:r w:rsidRPr="00396714">
        <w:rPr>
          <w:rFonts w:ascii="Times New Roman" w:eastAsia="Times New Roman" w:hAnsi="Times New Roman" w:cs="Times New Roman"/>
          <w:sz w:val="26"/>
          <w:szCs w:val="26"/>
        </w:rPr>
        <w:t>Thông tin cư trú và hình ảnh thẻ căn cước, thẻ căn cước công dân, chứng minh nhân dân;</w:t>
      </w:r>
    </w:p>
    <w:p w14:paraId="127780F1" w14:textId="77777777" w:rsidR="00F4572A" w:rsidRPr="00396714" w:rsidRDefault="00F4572A" w:rsidP="00396714">
      <w:pPr>
        <w:pStyle w:val="ListParagraph"/>
        <w:numPr>
          <w:ilvl w:val="0"/>
          <w:numId w:val="40"/>
        </w:numPr>
        <w:shd w:val="clear" w:color="auto" w:fill="FFFFFF"/>
        <w:spacing w:before="120" w:after="120" w:line="240" w:lineRule="auto"/>
        <w:ind w:left="720"/>
        <w:jc w:val="both"/>
        <w:rPr>
          <w:rFonts w:ascii="Times New Roman" w:eastAsia="Times New Roman" w:hAnsi="Times New Roman" w:cs="Times New Roman"/>
          <w:sz w:val="26"/>
          <w:szCs w:val="26"/>
        </w:rPr>
      </w:pPr>
      <w:r w:rsidRPr="00396714">
        <w:rPr>
          <w:rFonts w:ascii="Times New Roman" w:eastAsia="Times New Roman" w:hAnsi="Times New Roman" w:cs="Times New Roman"/>
          <w:sz w:val="26"/>
          <w:szCs w:val="26"/>
        </w:rPr>
        <w:t>Dữ liệu theo dõi hành vi, hoạt động sử dụng dịch vụ viễn thông, mạng xã hội, dịch vụ truyền thông trực tuyến và các dịch vụ khác trên không gian mạng;</w:t>
      </w:r>
    </w:p>
    <w:p w14:paraId="0D9A4FE8" w14:textId="77777777" w:rsidR="00F4572A" w:rsidRPr="00396714" w:rsidRDefault="00F4572A" w:rsidP="00396714">
      <w:pPr>
        <w:pStyle w:val="ListParagraph"/>
        <w:numPr>
          <w:ilvl w:val="0"/>
          <w:numId w:val="40"/>
        </w:numPr>
        <w:shd w:val="clear" w:color="auto" w:fill="FFFFFF"/>
        <w:spacing w:before="120" w:after="120" w:line="240" w:lineRule="auto"/>
        <w:ind w:left="720"/>
        <w:jc w:val="both"/>
        <w:rPr>
          <w:rFonts w:ascii="Times New Roman" w:eastAsia="Times New Roman" w:hAnsi="Times New Roman" w:cs="Times New Roman"/>
          <w:sz w:val="26"/>
          <w:szCs w:val="26"/>
        </w:rPr>
      </w:pPr>
      <w:r w:rsidRPr="00396714">
        <w:rPr>
          <w:rFonts w:ascii="Times New Roman" w:eastAsia="Times New Roman" w:hAnsi="Times New Roman" w:cs="Times New Roman"/>
          <w:sz w:val="26"/>
          <w:szCs w:val="26"/>
        </w:rPr>
        <w:t>Dữ liệu cá nhân khác được pháp luật quy định là đặc thù và cần có biện pháp bảo mật chặt chẽ.</w:t>
      </w:r>
    </w:p>
    <w:p w14:paraId="14CA95D9" w14:textId="77777777" w:rsidR="00AC2C6E" w:rsidRPr="00631D6C" w:rsidRDefault="00ED4172" w:rsidP="00677BB7">
      <w:pPr>
        <w:pStyle w:val="Heading1"/>
        <w:spacing w:before="120" w:after="120" w:line="240" w:lineRule="auto"/>
        <w:jc w:val="both"/>
      </w:pPr>
      <w:r w:rsidRPr="00631D6C">
        <w:t>V. MỤC ĐÍCH XỬ LÝ</w:t>
      </w:r>
    </w:p>
    <w:p w14:paraId="3AE3679F" w14:textId="77777777" w:rsidR="00ED4172" w:rsidRPr="00631D6C" w:rsidRDefault="00ED4172" w:rsidP="00677BB7">
      <w:pPr>
        <w:spacing w:before="120" w:after="120" w:line="240" w:lineRule="auto"/>
        <w:jc w:val="both"/>
        <w:rPr>
          <w:rFonts w:ascii="Times New Roman" w:eastAsia="Times New Roman" w:hAnsi="Times New Roman" w:cs="Times New Roman"/>
          <w:sz w:val="26"/>
          <w:szCs w:val="26"/>
        </w:rPr>
      </w:pPr>
      <w:r w:rsidRPr="00631D6C">
        <w:rPr>
          <w:rFonts w:ascii="Times New Roman" w:eastAsia="Times New Roman" w:hAnsi="Times New Roman" w:cs="Times New Roman"/>
          <w:sz w:val="26"/>
          <w:szCs w:val="26"/>
        </w:rPr>
        <w:t>Dữ liệu cá nhân của Ứng viên được thu thập và sử dụng cho các mục đích sau:</w:t>
      </w:r>
    </w:p>
    <w:p w14:paraId="410B04AC" w14:textId="77777777" w:rsidR="00ED4172" w:rsidRPr="00396714" w:rsidRDefault="00ED4172" w:rsidP="00396714">
      <w:pPr>
        <w:pStyle w:val="ListParagraph"/>
        <w:numPr>
          <w:ilvl w:val="0"/>
          <w:numId w:val="39"/>
        </w:numPr>
        <w:spacing w:before="120" w:after="120" w:line="240" w:lineRule="auto"/>
        <w:ind w:left="720"/>
        <w:jc w:val="both"/>
        <w:rPr>
          <w:rFonts w:ascii="Times New Roman" w:eastAsia="Times New Roman" w:hAnsi="Times New Roman" w:cs="Times New Roman"/>
          <w:sz w:val="26"/>
          <w:szCs w:val="26"/>
        </w:rPr>
      </w:pPr>
      <w:r w:rsidRPr="00396714">
        <w:rPr>
          <w:rFonts w:ascii="Times New Roman" w:eastAsia="Times New Roman" w:hAnsi="Times New Roman" w:cs="Times New Roman"/>
          <w:sz w:val="26"/>
          <w:szCs w:val="26"/>
        </w:rPr>
        <w:t>Tiếp nhận, đánh giá hồ sơ ứng tuyển;</w:t>
      </w:r>
    </w:p>
    <w:p w14:paraId="5EBF0004" w14:textId="77777777" w:rsidR="00ED4172" w:rsidRPr="00396714" w:rsidRDefault="00ED4172" w:rsidP="00396714">
      <w:pPr>
        <w:pStyle w:val="ListParagraph"/>
        <w:numPr>
          <w:ilvl w:val="0"/>
          <w:numId w:val="39"/>
        </w:numPr>
        <w:spacing w:before="120" w:after="120" w:line="240" w:lineRule="auto"/>
        <w:ind w:left="720"/>
        <w:jc w:val="both"/>
        <w:rPr>
          <w:rFonts w:ascii="Times New Roman" w:eastAsia="Times New Roman" w:hAnsi="Times New Roman" w:cs="Times New Roman"/>
          <w:sz w:val="26"/>
          <w:szCs w:val="26"/>
        </w:rPr>
      </w:pPr>
      <w:r w:rsidRPr="00396714">
        <w:rPr>
          <w:rFonts w:ascii="Times New Roman" w:eastAsia="Times New Roman" w:hAnsi="Times New Roman" w:cs="Times New Roman"/>
          <w:sz w:val="26"/>
          <w:szCs w:val="26"/>
        </w:rPr>
        <w:t>Tổ chức phỏng vấn, kiểm tra, xét tuyển;</w:t>
      </w:r>
    </w:p>
    <w:p w14:paraId="607088DF" w14:textId="77777777" w:rsidR="00ED4172" w:rsidRPr="00396714" w:rsidRDefault="00ED4172" w:rsidP="00396714">
      <w:pPr>
        <w:pStyle w:val="ListParagraph"/>
        <w:numPr>
          <w:ilvl w:val="0"/>
          <w:numId w:val="39"/>
        </w:numPr>
        <w:spacing w:before="120" w:after="120" w:line="240" w:lineRule="auto"/>
        <w:ind w:left="720"/>
        <w:jc w:val="both"/>
        <w:rPr>
          <w:rFonts w:ascii="Times New Roman" w:eastAsia="Times New Roman" w:hAnsi="Times New Roman" w:cs="Times New Roman"/>
          <w:sz w:val="26"/>
          <w:szCs w:val="26"/>
        </w:rPr>
      </w:pPr>
      <w:r w:rsidRPr="00396714">
        <w:rPr>
          <w:rFonts w:ascii="Times New Roman" w:eastAsia="Times New Roman" w:hAnsi="Times New Roman" w:cs="Times New Roman"/>
          <w:sz w:val="26"/>
          <w:szCs w:val="26"/>
        </w:rPr>
        <w:t>Liên hệ trong quá trình tuyển dụng;</w:t>
      </w:r>
    </w:p>
    <w:p w14:paraId="583FB0AC" w14:textId="77777777" w:rsidR="00ED4172" w:rsidRPr="00396714" w:rsidRDefault="00ED4172" w:rsidP="00396714">
      <w:pPr>
        <w:pStyle w:val="ListParagraph"/>
        <w:numPr>
          <w:ilvl w:val="0"/>
          <w:numId w:val="39"/>
        </w:numPr>
        <w:spacing w:before="120" w:after="120" w:line="240" w:lineRule="auto"/>
        <w:ind w:left="720"/>
        <w:jc w:val="both"/>
        <w:rPr>
          <w:rFonts w:ascii="Times New Roman" w:eastAsia="Times New Roman" w:hAnsi="Times New Roman" w:cs="Times New Roman"/>
          <w:sz w:val="26"/>
          <w:szCs w:val="26"/>
        </w:rPr>
      </w:pPr>
      <w:r w:rsidRPr="00396714">
        <w:rPr>
          <w:rFonts w:ascii="Times New Roman" w:eastAsia="Times New Roman" w:hAnsi="Times New Roman" w:cs="Times New Roman"/>
          <w:sz w:val="26"/>
          <w:szCs w:val="26"/>
        </w:rPr>
        <w:t>Lưu trữ hồ sơ theo quy định hoặc thỏa thuận;</w:t>
      </w:r>
    </w:p>
    <w:p w14:paraId="1E699246" w14:textId="77777777" w:rsidR="00ED4172" w:rsidRPr="00396714" w:rsidRDefault="00ED4172" w:rsidP="00396714">
      <w:pPr>
        <w:pStyle w:val="ListParagraph"/>
        <w:numPr>
          <w:ilvl w:val="0"/>
          <w:numId w:val="39"/>
        </w:numPr>
        <w:spacing w:before="120" w:after="120" w:line="240" w:lineRule="auto"/>
        <w:ind w:left="720"/>
        <w:jc w:val="both"/>
        <w:rPr>
          <w:rFonts w:ascii="Times New Roman" w:eastAsia="Times New Roman" w:hAnsi="Times New Roman" w:cs="Times New Roman"/>
          <w:sz w:val="26"/>
          <w:szCs w:val="26"/>
        </w:rPr>
      </w:pPr>
      <w:r w:rsidRPr="00396714">
        <w:rPr>
          <w:rFonts w:ascii="Times New Roman" w:eastAsia="Times New Roman" w:hAnsi="Times New Roman" w:cs="Times New Roman"/>
          <w:sz w:val="26"/>
          <w:szCs w:val="26"/>
        </w:rPr>
        <w:t>Phục vụ công tác nhân sự khi Ứng viên được tuyển dụng.</w:t>
      </w:r>
    </w:p>
    <w:p w14:paraId="531D4E76" w14:textId="0560F620" w:rsidR="00ED4172" w:rsidRPr="00631D6C" w:rsidRDefault="00ED4172" w:rsidP="00677BB7">
      <w:pPr>
        <w:spacing w:before="120" w:after="120" w:line="240" w:lineRule="auto"/>
        <w:jc w:val="both"/>
        <w:rPr>
          <w:rFonts w:ascii="Times New Roman" w:eastAsia="Times New Roman" w:hAnsi="Times New Roman" w:cs="Times New Roman"/>
          <w:sz w:val="26"/>
          <w:szCs w:val="26"/>
        </w:rPr>
      </w:pPr>
      <w:r w:rsidRPr="00631D6C">
        <w:rPr>
          <w:rFonts w:ascii="Times New Roman" w:eastAsia="Times New Roman" w:hAnsi="Times New Roman" w:cs="Times New Roman"/>
          <w:sz w:val="26"/>
          <w:szCs w:val="26"/>
        </w:rPr>
        <w:t>Mọi việc xử lý dữ liệu đều phải có sự đồng ý của Ứng viên, trừ trường hợp pháp luật có quy định khác</w:t>
      </w:r>
      <w:r w:rsidR="00396714">
        <w:rPr>
          <w:rFonts w:ascii="Times New Roman" w:eastAsia="Times New Roman" w:hAnsi="Times New Roman" w:cs="Times New Roman"/>
          <w:sz w:val="26"/>
          <w:szCs w:val="26"/>
        </w:rPr>
        <w:t>.</w:t>
      </w:r>
    </w:p>
    <w:p w14:paraId="2657E633" w14:textId="77777777" w:rsidR="00AC2C6E" w:rsidRPr="00631D6C" w:rsidRDefault="00ED4172" w:rsidP="00677BB7">
      <w:pPr>
        <w:pStyle w:val="Heading1"/>
        <w:spacing w:before="120" w:after="120" w:line="240" w:lineRule="auto"/>
        <w:jc w:val="both"/>
      </w:pPr>
      <w:r w:rsidRPr="00631D6C">
        <w:t>VI. NGUYÊN TẮC XỬ LÝ</w:t>
      </w:r>
    </w:p>
    <w:p w14:paraId="15270A7F" w14:textId="77777777" w:rsidR="00ED4172" w:rsidRPr="00631D6C" w:rsidRDefault="00ED4172" w:rsidP="00677BB7">
      <w:pPr>
        <w:spacing w:before="120" w:after="120" w:line="240" w:lineRule="auto"/>
        <w:jc w:val="both"/>
        <w:rPr>
          <w:rFonts w:ascii="Times New Roman" w:eastAsia="Times New Roman" w:hAnsi="Times New Roman" w:cs="Times New Roman"/>
          <w:sz w:val="26"/>
          <w:szCs w:val="26"/>
        </w:rPr>
      </w:pPr>
      <w:r w:rsidRPr="00631D6C">
        <w:rPr>
          <w:rFonts w:ascii="Times New Roman" w:eastAsia="Times New Roman" w:hAnsi="Times New Roman" w:cs="Times New Roman"/>
          <w:sz w:val="26"/>
          <w:szCs w:val="26"/>
        </w:rPr>
        <w:t>Công ty cam kết:</w:t>
      </w:r>
    </w:p>
    <w:p w14:paraId="15CA670E" w14:textId="77777777" w:rsidR="00ED4172" w:rsidRPr="00396714" w:rsidRDefault="00ED4172" w:rsidP="00396714">
      <w:pPr>
        <w:pStyle w:val="ListParagraph"/>
        <w:numPr>
          <w:ilvl w:val="0"/>
          <w:numId w:val="37"/>
        </w:numPr>
        <w:spacing w:before="120" w:after="120" w:line="240" w:lineRule="auto"/>
        <w:jc w:val="both"/>
        <w:rPr>
          <w:rFonts w:ascii="Times New Roman" w:eastAsia="Times New Roman" w:hAnsi="Times New Roman" w:cs="Times New Roman"/>
          <w:sz w:val="26"/>
          <w:szCs w:val="26"/>
        </w:rPr>
      </w:pPr>
      <w:r w:rsidRPr="00396714">
        <w:rPr>
          <w:rFonts w:ascii="Times New Roman" w:eastAsia="Times New Roman" w:hAnsi="Times New Roman" w:cs="Times New Roman"/>
          <w:sz w:val="26"/>
          <w:szCs w:val="26"/>
        </w:rPr>
        <w:t>Thu thập, xử lý dữ liệu đúng mục đích, hợp pháp, minh bạch.</w:t>
      </w:r>
    </w:p>
    <w:p w14:paraId="10E0516A" w14:textId="77777777" w:rsidR="00ED4172" w:rsidRPr="00396714" w:rsidRDefault="00ED4172" w:rsidP="00396714">
      <w:pPr>
        <w:pStyle w:val="ListParagraph"/>
        <w:numPr>
          <w:ilvl w:val="0"/>
          <w:numId w:val="37"/>
        </w:numPr>
        <w:spacing w:before="120" w:after="120" w:line="240" w:lineRule="auto"/>
        <w:jc w:val="both"/>
        <w:rPr>
          <w:rFonts w:ascii="Times New Roman" w:eastAsia="Times New Roman" w:hAnsi="Times New Roman" w:cs="Times New Roman"/>
          <w:sz w:val="26"/>
          <w:szCs w:val="26"/>
        </w:rPr>
      </w:pPr>
      <w:r w:rsidRPr="00396714">
        <w:rPr>
          <w:rFonts w:ascii="Times New Roman" w:eastAsia="Times New Roman" w:hAnsi="Times New Roman" w:cs="Times New Roman"/>
          <w:sz w:val="26"/>
          <w:szCs w:val="26"/>
        </w:rPr>
        <w:t>Chỉ xử lý dữ liệu khi có sự đồng ý của chủ thể dữ liệu.</w:t>
      </w:r>
    </w:p>
    <w:p w14:paraId="08A0145F" w14:textId="77777777" w:rsidR="00ED4172" w:rsidRPr="00396714" w:rsidRDefault="00ED4172" w:rsidP="00396714">
      <w:pPr>
        <w:pStyle w:val="ListParagraph"/>
        <w:numPr>
          <w:ilvl w:val="0"/>
          <w:numId w:val="37"/>
        </w:numPr>
        <w:spacing w:before="120" w:after="120" w:line="240" w:lineRule="auto"/>
        <w:jc w:val="both"/>
        <w:rPr>
          <w:rFonts w:ascii="Times New Roman" w:eastAsia="Times New Roman" w:hAnsi="Times New Roman" w:cs="Times New Roman"/>
          <w:sz w:val="26"/>
          <w:szCs w:val="26"/>
        </w:rPr>
      </w:pPr>
      <w:r w:rsidRPr="00396714">
        <w:rPr>
          <w:rFonts w:ascii="Times New Roman" w:eastAsia="Times New Roman" w:hAnsi="Times New Roman" w:cs="Times New Roman"/>
          <w:sz w:val="26"/>
          <w:szCs w:val="26"/>
        </w:rPr>
        <w:t>Bảo đảm tính chính xác, đầy đủ của dữ liệu.</w:t>
      </w:r>
    </w:p>
    <w:p w14:paraId="003A3138" w14:textId="77777777" w:rsidR="00ED4172" w:rsidRPr="00396714" w:rsidRDefault="00ED4172" w:rsidP="00396714">
      <w:pPr>
        <w:pStyle w:val="ListParagraph"/>
        <w:numPr>
          <w:ilvl w:val="0"/>
          <w:numId w:val="37"/>
        </w:numPr>
        <w:spacing w:before="120" w:after="120" w:line="240" w:lineRule="auto"/>
        <w:jc w:val="both"/>
        <w:rPr>
          <w:rFonts w:ascii="Times New Roman" w:eastAsia="Times New Roman" w:hAnsi="Times New Roman" w:cs="Times New Roman"/>
          <w:sz w:val="26"/>
          <w:szCs w:val="26"/>
        </w:rPr>
      </w:pPr>
      <w:r w:rsidRPr="00396714">
        <w:rPr>
          <w:rFonts w:ascii="Times New Roman" w:eastAsia="Times New Roman" w:hAnsi="Times New Roman" w:cs="Times New Roman"/>
          <w:sz w:val="26"/>
          <w:szCs w:val="26"/>
        </w:rPr>
        <w:t>Áp dụng biện pháp bảo mật phù hợp.</w:t>
      </w:r>
    </w:p>
    <w:p w14:paraId="537EE75E" w14:textId="77777777" w:rsidR="00ED4172" w:rsidRPr="00396714" w:rsidRDefault="00ED4172" w:rsidP="00396714">
      <w:pPr>
        <w:pStyle w:val="ListParagraph"/>
        <w:numPr>
          <w:ilvl w:val="0"/>
          <w:numId w:val="37"/>
        </w:numPr>
        <w:spacing w:before="120" w:after="120" w:line="240" w:lineRule="auto"/>
        <w:jc w:val="both"/>
        <w:rPr>
          <w:rFonts w:ascii="Times New Roman" w:eastAsia="Times New Roman" w:hAnsi="Times New Roman" w:cs="Times New Roman"/>
          <w:sz w:val="26"/>
          <w:szCs w:val="26"/>
        </w:rPr>
      </w:pPr>
      <w:r w:rsidRPr="00396714">
        <w:rPr>
          <w:rFonts w:ascii="Times New Roman" w:eastAsia="Times New Roman" w:hAnsi="Times New Roman" w:cs="Times New Roman"/>
          <w:sz w:val="26"/>
          <w:szCs w:val="26"/>
        </w:rPr>
        <w:t>Không mua bán, trao đổi, tiết lộ dữ liệu trái phép.</w:t>
      </w:r>
    </w:p>
    <w:p w14:paraId="467ED991" w14:textId="77777777" w:rsidR="00ED4172" w:rsidRPr="00396714" w:rsidRDefault="00ED4172" w:rsidP="00396714">
      <w:pPr>
        <w:pStyle w:val="ListParagraph"/>
        <w:numPr>
          <w:ilvl w:val="0"/>
          <w:numId w:val="37"/>
        </w:numPr>
        <w:spacing w:before="120" w:after="120" w:line="240" w:lineRule="auto"/>
        <w:jc w:val="both"/>
        <w:rPr>
          <w:rFonts w:ascii="Times New Roman" w:eastAsia="Times New Roman" w:hAnsi="Times New Roman" w:cs="Times New Roman"/>
          <w:sz w:val="26"/>
          <w:szCs w:val="26"/>
        </w:rPr>
      </w:pPr>
      <w:r w:rsidRPr="00396714">
        <w:rPr>
          <w:rFonts w:ascii="Times New Roman" w:eastAsia="Times New Roman" w:hAnsi="Times New Roman" w:cs="Times New Roman"/>
          <w:sz w:val="26"/>
          <w:szCs w:val="26"/>
        </w:rPr>
        <w:t>Không sử dụng dữ liệu từ các biện pháp công nghệ trái pháp luật.</w:t>
      </w:r>
    </w:p>
    <w:p w14:paraId="49251B40" w14:textId="77777777" w:rsidR="00396714" w:rsidRDefault="00ED4172" w:rsidP="009236D4">
      <w:pPr>
        <w:pStyle w:val="NormalWeb"/>
        <w:spacing w:before="120" w:beforeAutospacing="0" w:after="120" w:afterAutospacing="0"/>
        <w:rPr>
          <w:sz w:val="26"/>
          <w:szCs w:val="26"/>
        </w:rPr>
      </w:pPr>
      <w:r w:rsidRPr="003E418C">
        <w:rPr>
          <w:rStyle w:val="Heading1Char"/>
        </w:rPr>
        <w:t>VII. THỜI HẠN LƯU TRỮ</w:t>
      </w:r>
    </w:p>
    <w:p w14:paraId="2904F5DF" w14:textId="1960204D" w:rsidR="00396714" w:rsidRDefault="00ED4172" w:rsidP="00396714">
      <w:pPr>
        <w:pStyle w:val="NormalWeb"/>
        <w:numPr>
          <w:ilvl w:val="0"/>
          <w:numId w:val="44"/>
        </w:numPr>
        <w:tabs>
          <w:tab w:val="left" w:pos="360"/>
        </w:tabs>
        <w:spacing w:before="120" w:beforeAutospacing="0" w:after="120" w:afterAutospacing="0"/>
        <w:rPr>
          <w:sz w:val="26"/>
          <w:szCs w:val="26"/>
        </w:rPr>
      </w:pPr>
      <w:r w:rsidRPr="00631D6C">
        <w:rPr>
          <w:sz w:val="26"/>
          <w:szCs w:val="26"/>
        </w:rPr>
        <w:t>Đối với Ứng viên không trúng tuyển:</w:t>
      </w:r>
      <w:r w:rsidRPr="00631D6C">
        <w:rPr>
          <w:sz w:val="26"/>
          <w:szCs w:val="26"/>
        </w:rPr>
        <w:br/>
        <w:t>Dữ liệu sẽ được xóa/hủy sau khi kết thúc đợt tuyển dụng, trừ trường hợp</w:t>
      </w:r>
      <w:r w:rsidR="00396714">
        <w:rPr>
          <w:sz w:val="26"/>
          <w:szCs w:val="26"/>
        </w:rPr>
        <w:t xml:space="preserve"> </w:t>
      </w:r>
      <w:r w:rsidR="00F4572A" w:rsidRPr="00631D6C">
        <w:rPr>
          <w:sz w:val="26"/>
          <w:szCs w:val="26"/>
        </w:rPr>
        <w:t xml:space="preserve">ứng viên đẫ đồng ý </w:t>
      </w:r>
      <w:r w:rsidRPr="00631D6C">
        <w:rPr>
          <w:sz w:val="26"/>
          <w:szCs w:val="26"/>
        </w:rPr>
        <w:t>có thỏa thuận lưu trữ.</w:t>
      </w:r>
    </w:p>
    <w:p w14:paraId="43FFC5AA" w14:textId="77777777" w:rsidR="00396714" w:rsidRDefault="00ED4172" w:rsidP="00396714">
      <w:pPr>
        <w:pStyle w:val="NormalWeb"/>
        <w:numPr>
          <w:ilvl w:val="0"/>
          <w:numId w:val="44"/>
        </w:numPr>
        <w:spacing w:before="120" w:beforeAutospacing="0" w:after="120" w:afterAutospacing="0"/>
        <w:rPr>
          <w:sz w:val="26"/>
          <w:szCs w:val="26"/>
        </w:rPr>
      </w:pPr>
      <w:r w:rsidRPr="00631D6C">
        <w:rPr>
          <w:sz w:val="26"/>
          <w:szCs w:val="26"/>
        </w:rPr>
        <w:lastRenderedPageBreak/>
        <w:t>Đối với Ứng viên trúng tuyển:</w:t>
      </w:r>
      <w:r w:rsidRPr="00631D6C">
        <w:rPr>
          <w:sz w:val="26"/>
          <w:szCs w:val="26"/>
        </w:rPr>
        <w:br/>
        <w:t>Dữ liệu được lưu trữ theo thời hạn pháp luật lao động hoặc theo hợp đồng/thỏa thuận.</w:t>
      </w:r>
    </w:p>
    <w:p w14:paraId="2269A1B3" w14:textId="7E169930" w:rsidR="00AC2C6E" w:rsidRPr="00631D6C" w:rsidRDefault="00ED4172" w:rsidP="00396714">
      <w:pPr>
        <w:pStyle w:val="NormalWeb"/>
        <w:numPr>
          <w:ilvl w:val="0"/>
          <w:numId w:val="44"/>
        </w:numPr>
        <w:spacing w:before="120" w:beforeAutospacing="0" w:after="120" w:afterAutospacing="0"/>
        <w:rPr>
          <w:sz w:val="26"/>
          <w:szCs w:val="26"/>
        </w:rPr>
      </w:pPr>
      <w:r w:rsidRPr="00631D6C">
        <w:rPr>
          <w:sz w:val="26"/>
          <w:szCs w:val="26"/>
        </w:rPr>
        <w:t>Trường hợp pháp luật có quy định khác:</w:t>
      </w:r>
      <w:r w:rsidRPr="00631D6C">
        <w:rPr>
          <w:sz w:val="26"/>
          <w:szCs w:val="26"/>
        </w:rPr>
        <w:br/>
        <w:t>Thực hiện theo quy định pháp luật hiện hành.</w:t>
      </w:r>
    </w:p>
    <w:p w14:paraId="496D0D3E" w14:textId="77777777" w:rsidR="00ED4172" w:rsidRPr="00631D6C" w:rsidRDefault="00ED4172" w:rsidP="009236D4">
      <w:pPr>
        <w:pStyle w:val="NormalWeb"/>
        <w:spacing w:before="120" w:beforeAutospacing="0" w:after="120" w:afterAutospacing="0"/>
        <w:rPr>
          <w:sz w:val="26"/>
          <w:szCs w:val="26"/>
        </w:rPr>
      </w:pPr>
      <w:r w:rsidRPr="003E418C">
        <w:rPr>
          <w:rStyle w:val="Heading1Char"/>
        </w:rPr>
        <w:t>VIII. BIỆN PHÁP BẢO MẬT DỮ LIỆU</w:t>
      </w:r>
      <w:r w:rsidRPr="00631D6C">
        <w:rPr>
          <w:sz w:val="26"/>
          <w:szCs w:val="26"/>
        </w:rPr>
        <w:br/>
        <w:t>Công ty áp dụng các biện pháp kỹ thuật và quản lý phù hợp, bao gồm:</w:t>
      </w:r>
    </w:p>
    <w:p w14:paraId="77A1ECB8" w14:textId="77777777" w:rsidR="00ED4172" w:rsidRPr="00396714" w:rsidRDefault="00ED4172" w:rsidP="00396714">
      <w:pPr>
        <w:pStyle w:val="ListParagraph"/>
        <w:numPr>
          <w:ilvl w:val="0"/>
          <w:numId w:val="46"/>
        </w:numPr>
        <w:spacing w:before="120" w:after="120" w:line="240" w:lineRule="auto"/>
        <w:jc w:val="both"/>
        <w:rPr>
          <w:rFonts w:ascii="Times New Roman" w:eastAsia="Times New Roman" w:hAnsi="Times New Roman" w:cs="Times New Roman"/>
          <w:sz w:val="26"/>
          <w:szCs w:val="26"/>
        </w:rPr>
      </w:pPr>
      <w:r w:rsidRPr="00396714">
        <w:rPr>
          <w:rFonts w:ascii="Times New Roman" w:eastAsia="Times New Roman" w:hAnsi="Times New Roman" w:cs="Times New Roman"/>
          <w:sz w:val="26"/>
          <w:szCs w:val="26"/>
        </w:rPr>
        <w:t>Phân quyền truy cập dữ liệu;</w:t>
      </w:r>
    </w:p>
    <w:p w14:paraId="1A034FF3" w14:textId="77777777" w:rsidR="00ED4172" w:rsidRPr="00396714" w:rsidRDefault="00ED4172" w:rsidP="00396714">
      <w:pPr>
        <w:pStyle w:val="ListParagraph"/>
        <w:numPr>
          <w:ilvl w:val="0"/>
          <w:numId w:val="46"/>
        </w:numPr>
        <w:spacing w:before="120" w:after="120" w:line="240" w:lineRule="auto"/>
        <w:jc w:val="both"/>
        <w:rPr>
          <w:rFonts w:ascii="Times New Roman" w:eastAsia="Times New Roman" w:hAnsi="Times New Roman" w:cs="Times New Roman"/>
          <w:sz w:val="26"/>
          <w:szCs w:val="26"/>
        </w:rPr>
      </w:pPr>
      <w:r w:rsidRPr="00396714">
        <w:rPr>
          <w:rFonts w:ascii="Times New Roman" w:eastAsia="Times New Roman" w:hAnsi="Times New Roman" w:cs="Times New Roman"/>
          <w:sz w:val="26"/>
          <w:szCs w:val="26"/>
        </w:rPr>
        <w:t>Hệ thống bảo mật công nghệ thông tin;</w:t>
      </w:r>
    </w:p>
    <w:p w14:paraId="0C1ECF8F" w14:textId="77777777" w:rsidR="00ED4172" w:rsidRPr="00396714" w:rsidRDefault="00ED4172" w:rsidP="00396714">
      <w:pPr>
        <w:pStyle w:val="ListParagraph"/>
        <w:numPr>
          <w:ilvl w:val="0"/>
          <w:numId w:val="46"/>
        </w:numPr>
        <w:spacing w:before="120" w:after="120" w:line="240" w:lineRule="auto"/>
        <w:jc w:val="both"/>
        <w:rPr>
          <w:rFonts w:ascii="Times New Roman" w:eastAsia="Times New Roman" w:hAnsi="Times New Roman" w:cs="Times New Roman"/>
          <w:sz w:val="26"/>
          <w:szCs w:val="26"/>
        </w:rPr>
      </w:pPr>
      <w:r w:rsidRPr="00396714">
        <w:rPr>
          <w:rFonts w:ascii="Times New Roman" w:eastAsia="Times New Roman" w:hAnsi="Times New Roman" w:cs="Times New Roman"/>
          <w:sz w:val="26"/>
          <w:szCs w:val="26"/>
        </w:rPr>
        <w:t>Mã hóa, sao lưu dữ liệu khi cần thiết;</w:t>
      </w:r>
    </w:p>
    <w:p w14:paraId="150D4FDB" w14:textId="77777777" w:rsidR="00ED4172" w:rsidRPr="00396714" w:rsidRDefault="00ED4172" w:rsidP="00396714">
      <w:pPr>
        <w:pStyle w:val="ListParagraph"/>
        <w:numPr>
          <w:ilvl w:val="0"/>
          <w:numId w:val="46"/>
        </w:numPr>
        <w:spacing w:before="120" w:after="120" w:line="240" w:lineRule="auto"/>
        <w:jc w:val="both"/>
        <w:rPr>
          <w:rFonts w:ascii="Times New Roman" w:eastAsia="Times New Roman" w:hAnsi="Times New Roman" w:cs="Times New Roman"/>
          <w:sz w:val="26"/>
          <w:szCs w:val="26"/>
        </w:rPr>
      </w:pPr>
      <w:r w:rsidRPr="00396714">
        <w:rPr>
          <w:rFonts w:ascii="Times New Roman" w:eastAsia="Times New Roman" w:hAnsi="Times New Roman" w:cs="Times New Roman"/>
          <w:sz w:val="26"/>
          <w:szCs w:val="26"/>
        </w:rPr>
        <w:t>Đào tạo nhân sự về bảo vệ dữ liệu;</w:t>
      </w:r>
    </w:p>
    <w:p w14:paraId="3ABD5329" w14:textId="77777777" w:rsidR="00ED4172" w:rsidRPr="00396714" w:rsidRDefault="00ED4172" w:rsidP="00396714">
      <w:pPr>
        <w:pStyle w:val="ListParagraph"/>
        <w:numPr>
          <w:ilvl w:val="0"/>
          <w:numId w:val="46"/>
        </w:numPr>
        <w:spacing w:before="120" w:after="120" w:line="240" w:lineRule="auto"/>
        <w:jc w:val="both"/>
        <w:rPr>
          <w:rFonts w:ascii="Times New Roman" w:eastAsia="Times New Roman" w:hAnsi="Times New Roman" w:cs="Times New Roman"/>
          <w:sz w:val="26"/>
          <w:szCs w:val="26"/>
        </w:rPr>
      </w:pPr>
      <w:r w:rsidRPr="00396714">
        <w:rPr>
          <w:rFonts w:ascii="Times New Roman" w:eastAsia="Times New Roman" w:hAnsi="Times New Roman" w:cs="Times New Roman"/>
          <w:sz w:val="26"/>
          <w:szCs w:val="26"/>
        </w:rPr>
        <w:t>Kiểm soát nội bộ và giám sát an toàn thông tin.</w:t>
      </w:r>
    </w:p>
    <w:p w14:paraId="0C2C1421" w14:textId="77777777" w:rsidR="00AC2C6E" w:rsidRPr="00631D6C" w:rsidRDefault="00ED4172" w:rsidP="00677BB7">
      <w:pPr>
        <w:spacing w:before="120" w:after="120" w:line="240" w:lineRule="auto"/>
        <w:jc w:val="both"/>
        <w:rPr>
          <w:rFonts w:ascii="Times New Roman" w:eastAsia="Times New Roman" w:hAnsi="Times New Roman" w:cs="Times New Roman"/>
          <w:sz w:val="26"/>
          <w:szCs w:val="26"/>
        </w:rPr>
      </w:pPr>
      <w:r w:rsidRPr="00631D6C">
        <w:rPr>
          <w:rFonts w:ascii="Times New Roman" w:eastAsia="Times New Roman" w:hAnsi="Times New Roman" w:cs="Times New Roman"/>
          <w:sz w:val="26"/>
          <w:szCs w:val="26"/>
        </w:rPr>
        <w:t>Chỉ những cá nhân, bộ phận có thẩm quyền mới được tiếp cận dữ liệu.</w:t>
      </w:r>
    </w:p>
    <w:p w14:paraId="120CED5D" w14:textId="77777777" w:rsidR="00F4572A" w:rsidRPr="00631D6C" w:rsidRDefault="00ED4172" w:rsidP="009236D4">
      <w:pPr>
        <w:pStyle w:val="NormalWeb"/>
        <w:spacing w:before="120" w:beforeAutospacing="0" w:after="120" w:afterAutospacing="0"/>
        <w:rPr>
          <w:sz w:val="26"/>
          <w:szCs w:val="26"/>
        </w:rPr>
      </w:pPr>
      <w:r w:rsidRPr="003E418C">
        <w:rPr>
          <w:rStyle w:val="Heading1Char"/>
        </w:rPr>
        <w:t xml:space="preserve">IX. </w:t>
      </w:r>
      <w:r w:rsidR="00F4572A" w:rsidRPr="003E418C">
        <w:rPr>
          <w:rStyle w:val="Heading1Char"/>
        </w:rPr>
        <w:t>SỰ ĐỒNG Ý VÀ QUYỀN CỦA CHỦ THỂ DỮ LIỆU</w:t>
      </w:r>
      <w:r w:rsidRPr="00631D6C">
        <w:rPr>
          <w:sz w:val="26"/>
          <w:szCs w:val="26"/>
        </w:rPr>
        <w:br/>
      </w:r>
      <w:r w:rsidR="00F4572A" w:rsidRPr="00631D6C">
        <w:rPr>
          <w:sz w:val="26"/>
          <w:szCs w:val="26"/>
        </w:rPr>
        <w:t>Thông qua hoạt động tiếp xúc, trao đổi và cung cấp thông tin, đăng ký tài khoản và sử dụng sản phẩm, dịch vụ của ATAD, tham gia vào các giao dịch, thỏa thuận, giữa Chủ Thể Dữ Liệu và ATAD (gọi tắt là "Bên" hoặc "Các Bên"), dưới mọi hình thức dữ liệu được pháp luật cho phép, cho Mục đích được nêu tại Chính Sách Bảo Mật này, công bố, thông báo bởi Các Bên theo quy định pháp luật, mỗi Chủ Thể Dữ Liệu thừa nhận rõ ràng và tự nguyện đồng ý đối với các mục đích đã được nêu rõ:</w:t>
      </w:r>
    </w:p>
    <w:p w14:paraId="14FAC52E" w14:textId="77777777" w:rsidR="00F4572A" w:rsidRPr="00631D6C" w:rsidRDefault="00F4572A" w:rsidP="00677BB7">
      <w:pPr>
        <w:pStyle w:val="NormalWeb"/>
        <w:spacing w:before="120" w:beforeAutospacing="0" w:after="120" w:afterAutospacing="0"/>
        <w:jc w:val="both"/>
        <w:rPr>
          <w:sz w:val="26"/>
          <w:szCs w:val="26"/>
        </w:rPr>
      </w:pPr>
      <w:r w:rsidRPr="00631D6C">
        <w:rPr>
          <w:sz w:val="26"/>
          <w:szCs w:val="26"/>
        </w:rPr>
        <w:t>Đồng ý cung cấp và chấp thuận, cho phép ATAD thu thập thông tin, kiểm soát và xử lý Dữ Liệu Cá Nhân của mình bao gồm Dữ Liệu Cá Nhân cơ bản và Dữ Liệu Cá Nhân nhạy cảm (khi cần thiết);</w:t>
      </w:r>
    </w:p>
    <w:p w14:paraId="736B389E" w14:textId="77777777" w:rsidR="00AC2C6E" w:rsidRPr="00631D6C" w:rsidRDefault="00ED4172" w:rsidP="00677BB7">
      <w:pPr>
        <w:pStyle w:val="NormalWeb"/>
        <w:spacing w:before="120" w:beforeAutospacing="0" w:after="120" w:afterAutospacing="0"/>
        <w:jc w:val="both"/>
        <w:rPr>
          <w:sz w:val="26"/>
          <w:szCs w:val="26"/>
        </w:rPr>
      </w:pPr>
      <w:r w:rsidRPr="00631D6C">
        <w:rPr>
          <w:sz w:val="26"/>
          <w:szCs w:val="26"/>
        </w:rPr>
        <w:t>Ứng viên có các quyền theo quy định pháp luật, bao gồm:</w:t>
      </w:r>
      <w:r w:rsidR="00C64A26" w:rsidRPr="00631D6C">
        <w:rPr>
          <w:sz w:val="26"/>
          <w:szCs w:val="26"/>
        </w:rPr>
        <w:t xml:space="preserve"> Quyền được biết, Quyền đồng ý, Quyền truy cập (bao gồm xem, chỉnh sửa trực tiếp hoặc gián tiếp, yêu cầu chỉnh sửa Dữ Liệu Cá Nhân), Quyền rút lại sự đồng ý, Quyền xóa dữ liệu (bao gồm lưu trữ, xóa, hủy Dữ Liệu Cá Nhân), Quyền hạn chế xử lý dữ liệu, Quyền yêu cầu cung cấp dữ liệu, Quyền phản đối việc xử lý dữ liệu, Quyền khiếu nại, tố cáo, khởi kiện, Quyền yêu cầu bồi thường thiệt hại, Quyền yêu cầu Cơ quan Nhà nước có thẩm quyền hoặc cơ quan, tổ chức, cá nhân liên quan đến xử lý Dữ Liệu Cá Nhân thực hiện các biện pháp, giải pháp bảo vệ Dữ liệu của mình theo quy định pháp luật.</w:t>
      </w:r>
    </w:p>
    <w:p w14:paraId="73680D77" w14:textId="77777777" w:rsidR="00C64A26" w:rsidRPr="00631D6C" w:rsidRDefault="00C64A26" w:rsidP="00677BB7">
      <w:pPr>
        <w:pStyle w:val="NormalWeb"/>
        <w:spacing w:before="120" w:beforeAutospacing="0" w:after="120" w:afterAutospacing="0"/>
        <w:jc w:val="both"/>
        <w:rPr>
          <w:sz w:val="26"/>
          <w:szCs w:val="26"/>
        </w:rPr>
      </w:pPr>
      <w:r w:rsidRPr="00631D6C">
        <w:rPr>
          <w:sz w:val="26"/>
          <w:szCs w:val="26"/>
        </w:rPr>
        <w:t>Lưu ý: trường hợp Chủ Thể Dữ Liệu Cá Nhân tiến hành thủ tục và thực hiện các quyền thể hiện ý chí Chủ Thể Dữ Liệu Cá Nhân về việc rút lại sự đồng ý, xóa, hạn chế xử lý, cung cấp, phản đối xử lý Dữ Liệu Cá Nhân, gây ảnh hưởng và tác động đến việc tuyển dụng của ATAD cho Chủ Thể Dữ Liệu Cá Nhân, thì tùy vào mức độ ảnh hưởng, tác động, ATAD được quyền ngừng xem xét hồ sơ ứng viên cho Chủ Thể Dữ Liệu Cá Nhân và không phải chịu trách nhiệm hay bị xem là vi phạm hợp đồng, các thỏa thuận, liên quan đến cung cấp sản phẩm, dịch vụ cho Chủ Thể Dữ Liệu Cá Nhân.</w:t>
      </w:r>
    </w:p>
    <w:p w14:paraId="79D98909" w14:textId="77777777" w:rsidR="00C64A26" w:rsidRPr="00631D6C" w:rsidRDefault="00C64A26" w:rsidP="00677BB7">
      <w:pPr>
        <w:pStyle w:val="NormalWeb"/>
        <w:spacing w:before="120" w:beforeAutospacing="0" w:after="120" w:afterAutospacing="0"/>
        <w:jc w:val="both"/>
        <w:rPr>
          <w:sz w:val="26"/>
          <w:szCs w:val="26"/>
        </w:rPr>
      </w:pPr>
      <w:r w:rsidRPr="00631D6C">
        <w:rPr>
          <w:sz w:val="26"/>
          <w:szCs w:val="26"/>
        </w:rPr>
        <w:t>Nhằm mục đích tuân thủ và đảm bảo quyền, lợi ích theo quy định, ATAD yêu cầu Chủ Thể Dữ Liệu đọc chi tiết, hiểu rõ và thực hiện xác nhận (theo các hình thức xác nhận hợp pháp được pháp luật cho phép) về việc đồng ý, cho phép xử lý Dữ Liệu Cá Nhân của Chủ Thể Dữ Liệu theo quy định của pháp luật.</w:t>
      </w:r>
    </w:p>
    <w:p w14:paraId="296B1362" w14:textId="77777777" w:rsidR="00ED4172" w:rsidRPr="00631D6C" w:rsidRDefault="00ED4172" w:rsidP="009236D4">
      <w:pPr>
        <w:pStyle w:val="NormalWeb"/>
        <w:spacing w:before="120" w:beforeAutospacing="0" w:after="120" w:afterAutospacing="0"/>
        <w:rPr>
          <w:sz w:val="26"/>
          <w:szCs w:val="26"/>
        </w:rPr>
      </w:pPr>
      <w:r w:rsidRPr="003E418C">
        <w:rPr>
          <w:rStyle w:val="Heading1Char"/>
        </w:rPr>
        <w:lastRenderedPageBreak/>
        <w:t>X. NGHĨA VỤ CỦA ỨNG VIÊN</w:t>
      </w:r>
      <w:r w:rsidRPr="00631D6C">
        <w:rPr>
          <w:sz w:val="26"/>
          <w:szCs w:val="26"/>
        </w:rPr>
        <w:br/>
        <w:t>Ứng viên có trách nhiệm:</w:t>
      </w:r>
    </w:p>
    <w:p w14:paraId="0BD36CD9" w14:textId="77777777" w:rsidR="00ED4172" w:rsidRPr="00396714" w:rsidRDefault="00ED4172" w:rsidP="00396714">
      <w:pPr>
        <w:pStyle w:val="ListParagraph"/>
        <w:numPr>
          <w:ilvl w:val="0"/>
          <w:numId w:val="47"/>
        </w:numPr>
        <w:spacing w:before="120" w:after="120" w:line="240" w:lineRule="auto"/>
        <w:jc w:val="both"/>
        <w:rPr>
          <w:rFonts w:ascii="Times New Roman" w:eastAsia="Times New Roman" w:hAnsi="Times New Roman" w:cs="Times New Roman"/>
          <w:sz w:val="26"/>
          <w:szCs w:val="26"/>
        </w:rPr>
      </w:pPr>
      <w:r w:rsidRPr="00396714">
        <w:rPr>
          <w:rFonts w:ascii="Times New Roman" w:eastAsia="Times New Roman" w:hAnsi="Times New Roman" w:cs="Times New Roman"/>
          <w:sz w:val="26"/>
          <w:szCs w:val="26"/>
        </w:rPr>
        <w:t>Cung cấp thông tin trung thực, chính xác;</w:t>
      </w:r>
    </w:p>
    <w:p w14:paraId="490376EE" w14:textId="77777777" w:rsidR="00ED4172" w:rsidRPr="00396714" w:rsidRDefault="00ED4172" w:rsidP="00396714">
      <w:pPr>
        <w:pStyle w:val="ListParagraph"/>
        <w:numPr>
          <w:ilvl w:val="0"/>
          <w:numId w:val="47"/>
        </w:numPr>
        <w:spacing w:before="120" w:after="120" w:line="240" w:lineRule="auto"/>
        <w:jc w:val="both"/>
        <w:rPr>
          <w:rFonts w:ascii="Times New Roman" w:eastAsia="Times New Roman" w:hAnsi="Times New Roman" w:cs="Times New Roman"/>
          <w:sz w:val="26"/>
          <w:szCs w:val="26"/>
        </w:rPr>
      </w:pPr>
      <w:r w:rsidRPr="00396714">
        <w:rPr>
          <w:rFonts w:ascii="Times New Roman" w:eastAsia="Times New Roman" w:hAnsi="Times New Roman" w:cs="Times New Roman"/>
          <w:sz w:val="26"/>
          <w:szCs w:val="26"/>
        </w:rPr>
        <w:t>Tự bảo mật thông tin tài khoản đăng nhập (nếu có);</w:t>
      </w:r>
    </w:p>
    <w:p w14:paraId="24F667D9" w14:textId="77777777" w:rsidR="00ED4172" w:rsidRPr="00396714" w:rsidRDefault="00ED4172" w:rsidP="00396714">
      <w:pPr>
        <w:pStyle w:val="ListParagraph"/>
        <w:numPr>
          <w:ilvl w:val="0"/>
          <w:numId w:val="47"/>
        </w:numPr>
        <w:spacing w:before="120" w:after="120" w:line="240" w:lineRule="auto"/>
        <w:jc w:val="both"/>
        <w:rPr>
          <w:rFonts w:ascii="Times New Roman" w:eastAsia="Times New Roman" w:hAnsi="Times New Roman" w:cs="Times New Roman"/>
          <w:sz w:val="26"/>
          <w:szCs w:val="26"/>
        </w:rPr>
      </w:pPr>
      <w:r w:rsidRPr="00396714">
        <w:rPr>
          <w:rFonts w:ascii="Times New Roman" w:eastAsia="Times New Roman" w:hAnsi="Times New Roman" w:cs="Times New Roman"/>
          <w:sz w:val="26"/>
          <w:szCs w:val="26"/>
        </w:rPr>
        <w:t>Phối hợp với Công ty khi có yêu cầu xác minh.</w:t>
      </w:r>
    </w:p>
    <w:p w14:paraId="1BFAAC14" w14:textId="77777777" w:rsidR="00AC2C6E" w:rsidRPr="00631D6C" w:rsidRDefault="00ED4172" w:rsidP="00677BB7">
      <w:pPr>
        <w:spacing w:before="120" w:after="120" w:line="240" w:lineRule="auto"/>
        <w:jc w:val="both"/>
        <w:rPr>
          <w:rFonts w:ascii="Times New Roman" w:eastAsia="Times New Roman" w:hAnsi="Times New Roman" w:cs="Times New Roman"/>
          <w:sz w:val="26"/>
          <w:szCs w:val="26"/>
        </w:rPr>
      </w:pPr>
      <w:r w:rsidRPr="00631D6C">
        <w:rPr>
          <w:rFonts w:ascii="Times New Roman" w:eastAsia="Times New Roman" w:hAnsi="Times New Roman" w:cs="Times New Roman"/>
          <w:sz w:val="26"/>
          <w:szCs w:val="26"/>
        </w:rPr>
        <w:t>Công ty không chịu trách nhiệm đối với thiệt hại phát sinh do Ứng viên cung cấp thông tin sai lệch</w:t>
      </w:r>
    </w:p>
    <w:p w14:paraId="350F6423" w14:textId="77777777" w:rsidR="00396714" w:rsidRDefault="00ED4172" w:rsidP="009236D4">
      <w:pPr>
        <w:pStyle w:val="NormalWeb"/>
        <w:spacing w:before="120" w:beforeAutospacing="0" w:after="120" w:afterAutospacing="0"/>
        <w:rPr>
          <w:sz w:val="26"/>
          <w:szCs w:val="26"/>
        </w:rPr>
      </w:pPr>
      <w:r w:rsidRPr="003E418C">
        <w:rPr>
          <w:rStyle w:val="Heading1Char"/>
        </w:rPr>
        <w:t>XI. CHIA SẺ VÀ CHUYỂN GIAO DỮ LIỆU</w:t>
      </w:r>
    </w:p>
    <w:p w14:paraId="7AA8303D" w14:textId="796BBBC5" w:rsidR="00ED4172" w:rsidRPr="00631D6C" w:rsidRDefault="00ED4172" w:rsidP="00396714">
      <w:pPr>
        <w:pStyle w:val="NormalWeb"/>
        <w:numPr>
          <w:ilvl w:val="0"/>
          <w:numId w:val="48"/>
        </w:numPr>
        <w:spacing w:before="120" w:beforeAutospacing="0" w:after="120" w:afterAutospacing="0"/>
        <w:rPr>
          <w:sz w:val="26"/>
          <w:szCs w:val="26"/>
        </w:rPr>
      </w:pPr>
      <w:r w:rsidRPr="00631D6C">
        <w:rPr>
          <w:sz w:val="26"/>
          <w:szCs w:val="26"/>
        </w:rPr>
        <w:t>Công ty không chia sẻ dữ liệu cá nhân cho bên thứ ba khi chưa có sự đồng ý của Ứng viên, trừ trường hợp pháp luật yêu cầu.</w:t>
      </w:r>
    </w:p>
    <w:p w14:paraId="214F7E1C" w14:textId="67249221" w:rsidR="00AC2C6E" w:rsidRPr="00631D6C" w:rsidRDefault="00ED4172" w:rsidP="00396714">
      <w:pPr>
        <w:pStyle w:val="NormalWeb"/>
        <w:numPr>
          <w:ilvl w:val="0"/>
          <w:numId w:val="48"/>
        </w:numPr>
        <w:spacing w:before="120" w:beforeAutospacing="0" w:after="120" w:afterAutospacing="0"/>
        <w:jc w:val="both"/>
        <w:rPr>
          <w:sz w:val="26"/>
          <w:szCs w:val="26"/>
        </w:rPr>
      </w:pPr>
      <w:r w:rsidRPr="00631D6C">
        <w:rPr>
          <w:sz w:val="26"/>
          <w:szCs w:val="26"/>
        </w:rPr>
        <w:t>Trường hợp cần chia sẻ phục vụ tuyển dụng (đơn vị tư vấn, nền tảng tuyển dụng…):</w:t>
      </w:r>
      <w:r w:rsidRPr="00631D6C">
        <w:rPr>
          <w:sz w:val="26"/>
          <w:szCs w:val="26"/>
        </w:rPr>
        <w:br/>
        <w:t>Công ty sẽ ký kết thỏa thuận bảo mật theo quy định pháp luật.</w:t>
      </w:r>
    </w:p>
    <w:p w14:paraId="01A5CC05" w14:textId="77777777" w:rsidR="00AC2C6E" w:rsidRPr="00631D6C" w:rsidRDefault="00ED4172" w:rsidP="00677BB7">
      <w:pPr>
        <w:pStyle w:val="Heading1"/>
        <w:spacing w:before="120" w:after="120" w:line="240" w:lineRule="auto"/>
        <w:jc w:val="both"/>
      </w:pPr>
      <w:r w:rsidRPr="00631D6C">
        <w:t>XII. XỬ LÝ SỰ CỐ</w:t>
      </w:r>
    </w:p>
    <w:p w14:paraId="5090991B" w14:textId="77777777" w:rsidR="00C64A26" w:rsidRPr="00C64A26" w:rsidRDefault="00C64A26" w:rsidP="00677BB7">
      <w:pPr>
        <w:spacing w:before="120" w:after="120" w:line="240" w:lineRule="auto"/>
        <w:jc w:val="both"/>
        <w:rPr>
          <w:rFonts w:ascii="Times New Roman" w:eastAsia="Times New Roman" w:hAnsi="Times New Roman" w:cs="Times New Roman"/>
          <w:sz w:val="26"/>
          <w:szCs w:val="26"/>
        </w:rPr>
      </w:pPr>
      <w:r w:rsidRPr="00C64A26">
        <w:rPr>
          <w:rFonts w:ascii="Times New Roman" w:eastAsia="Times New Roman" w:hAnsi="Times New Roman" w:cs="Times New Roman"/>
          <w:sz w:val="26"/>
          <w:szCs w:val="26"/>
        </w:rPr>
        <w:t>Khi phát hiện sự cố rò rỉ, mất mát, xâm phạm dữ liệu, Công ty sẽ:</w:t>
      </w:r>
    </w:p>
    <w:p w14:paraId="564E90FA" w14:textId="77777777" w:rsidR="00C64A26" w:rsidRPr="00FE1CEC" w:rsidRDefault="00C64A26" w:rsidP="00FE1CEC">
      <w:pPr>
        <w:pStyle w:val="ListParagraph"/>
        <w:numPr>
          <w:ilvl w:val="0"/>
          <w:numId w:val="49"/>
        </w:numPr>
        <w:spacing w:before="120" w:after="120" w:line="240" w:lineRule="auto"/>
        <w:jc w:val="both"/>
        <w:rPr>
          <w:rFonts w:ascii="Times New Roman" w:eastAsia="Times New Roman" w:hAnsi="Times New Roman" w:cs="Times New Roman"/>
          <w:sz w:val="26"/>
          <w:szCs w:val="26"/>
        </w:rPr>
      </w:pPr>
      <w:r w:rsidRPr="00FE1CEC">
        <w:rPr>
          <w:rFonts w:ascii="Times New Roman" w:eastAsia="Times New Roman" w:hAnsi="Times New Roman" w:cs="Times New Roman"/>
          <w:sz w:val="26"/>
          <w:szCs w:val="26"/>
        </w:rPr>
        <w:t>Kịp thời khắc phục, hạn chế thiệt hại;</w:t>
      </w:r>
    </w:p>
    <w:p w14:paraId="1F1CA8E7" w14:textId="77777777" w:rsidR="00C64A26" w:rsidRPr="00FE1CEC" w:rsidRDefault="00C64A26" w:rsidP="00FE1CEC">
      <w:pPr>
        <w:pStyle w:val="ListParagraph"/>
        <w:numPr>
          <w:ilvl w:val="0"/>
          <w:numId w:val="49"/>
        </w:numPr>
        <w:spacing w:before="120" w:after="120" w:line="240" w:lineRule="auto"/>
        <w:jc w:val="both"/>
        <w:rPr>
          <w:rFonts w:ascii="Times New Roman" w:eastAsia="Times New Roman" w:hAnsi="Times New Roman" w:cs="Times New Roman"/>
          <w:sz w:val="26"/>
          <w:szCs w:val="26"/>
        </w:rPr>
      </w:pPr>
      <w:r w:rsidRPr="00FE1CEC">
        <w:rPr>
          <w:rFonts w:ascii="Times New Roman" w:eastAsia="Times New Roman" w:hAnsi="Times New Roman" w:cs="Times New Roman"/>
          <w:sz w:val="26"/>
          <w:szCs w:val="26"/>
        </w:rPr>
        <w:t>Thông báo cho cơ quan có thẩm quyền (nếu cần);</w:t>
      </w:r>
    </w:p>
    <w:p w14:paraId="298876D8" w14:textId="77777777" w:rsidR="00C64A26" w:rsidRPr="00FE1CEC" w:rsidRDefault="00C64A26" w:rsidP="00FE1CEC">
      <w:pPr>
        <w:pStyle w:val="ListParagraph"/>
        <w:numPr>
          <w:ilvl w:val="0"/>
          <w:numId w:val="49"/>
        </w:numPr>
        <w:spacing w:before="120" w:after="120" w:line="240" w:lineRule="auto"/>
        <w:jc w:val="both"/>
        <w:rPr>
          <w:rFonts w:ascii="Times New Roman" w:eastAsia="Times New Roman" w:hAnsi="Times New Roman" w:cs="Times New Roman"/>
          <w:sz w:val="26"/>
          <w:szCs w:val="26"/>
        </w:rPr>
      </w:pPr>
      <w:r w:rsidRPr="00FE1CEC">
        <w:rPr>
          <w:rFonts w:ascii="Times New Roman" w:eastAsia="Times New Roman" w:hAnsi="Times New Roman" w:cs="Times New Roman"/>
          <w:sz w:val="26"/>
          <w:szCs w:val="26"/>
        </w:rPr>
        <w:t>Thông tin cho chủ thể dữ liệu theo quy định.</w:t>
      </w:r>
    </w:p>
    <w:p w14:paraId="7343F689" w14:textId="77777777" w:rsidR="00C64A26" w:rsidRPr="00631D6C" w:rsidRDefault="00C64A26" w:rsidP="00677BB7">
      <w:pPr>
        <w:spacing w:before="120" w:after="120" w:line="240" w:lineRule="auto"/>
        <w:jc w:val="both"/>
        <w:rPr>
          <w:rFonts w:ascii="Times New Roman" w:eastAsia="Times New Roman" w:hAnsi="Times New Roman" w:cs="Times New Roman"/>
          <w:sz w:val="26"/>
          <w:szCs w:val="26"/>
        </w:rPr>
      </w:pPr>
      <w:r w:rsidRPr="00C64A26">
        <w:rPr>
          <w:rFonts w:ascii="Times New Roman" w:eastAsia="Times New Roman" w:hAnsi="Times New Roman" w:cs="Times New Roman"/>
          <w:sz w:val="26"/>
          <w:szCs w:val="26"/>
        </w:rPr>
        <w:t>Cá nhân, bộ phận vi phạm sẽ bị xử lý theo quy định pháp luật và nội quy Công ty.</w:t>
      </w:r>
    </w:p>
    <w:p w14:paraId="1155DD35" w14:textId="77777777" w:rsidR="00C64A26" w:rsidRPr="00631D6C" w:rsidRDefault="00ED4172" w:rsidP="009236D4">
      <w:pPr>
        <w:pStyle w:val="NormalWeb"/>
        <w:spacing w:before="120" w:beforeAutospacing="0" w:after="120" w:afterAutospacing="0"/>
        <w:rPr>
          <w:sz w:val="26"/>
          <w:szCs w:val="26"/>
        </w:rPr>
      </w:pPr>
      <w:r w:rsidRPr="003E418C">
        <w:rPr>
          <w:rStyle w:val="Heading1Char"/>
        </w:rPr>
        <w:t>XIII. HIỆU LỰC</w:t>
      </w:r>
      <w:r w:rsidRPr="00631D6C">
        <w:rPr>
          <w:sz w:val="26"/>
          <w:szCs w:val="26"/>
        </w:rPr>
        <w:br/>
      </w:r>
      <w:r w:rsidR="00C64A26" w:rsidRPr="00631D6C">
        <w:rPr>
          <w:sz w:val="26"/>
          <w:szCs w:val="26"/>
        </w:rPr>
        <w:t>  Chính sách này có hiệu lực kể từ ngày ban hành và được công bố công khai trên website tuyển dụng của Công ty.</w:t>
      </w:r>
    </w:p>
    <w:p w14:paraId="26140269" w14:textId="77777777" w:rsidR="00C64A26" w:rsidRPr="00631D6C" w:rsidRDefault="00C64A26" w:rsidP="00677BB7">
      <w:pPr>
        <w:pStyle w:val="NormalWeb"/>
        <w:spacing w:before="120" w:beforeAutospacing="0" w:after="120" w:afterAutospacing="0"/>
        <w:jc w:val="both"/>
        <w:rPr>
          <w:sz w:val="26"/>
          <w:szCs w:val="26"/>
        </w:rPr>
      </w:pPr>
      <w:r w:rsidRPr="00631D6C">
        <w:rPr>
          <w:sz w:val="26"/>
          <w:szCs w:val="26"/>
        </w:rPr>
        <w:t>  Công ty có quyền sửa đổi, bổ sung Chính sách khi cần thiết để phù hợp với quy định pháp luật.</w:t>
      </w:r>
    </w:p>
    <w:p w14:paraId="68AD4CE9" w14:textId="77777777" w:rsidR="00C64A26" w:rsidRPr="00631D6C" w:rsidRDefault="00C64A26" w:rsidP="00677BB7">
      <w:pPr>
        <w:pStyle w:val="NormalWeb"/>
        <w:spacing w:before="120" w:beforeAutospacing="0" w:after="120" w:afterAutospacing="0"/>
        <w:jc w:val="both"/>
        <w:rPr>
          <w:sz w:val="26"/>
          <w:szCs w:val="26"/>
        </w:rPr>
      </w:pPr>
      <w:r w:rsidRPr="00631D6C">
        <w:rPr>
          <w:sz w:val="26"/>
          <w:szCs w:val="26"/>
        </w:rPr>
        <w:t>  Phiên bản cập nhật sẽ được thông báo trên hệ thống tuyển dụng của Công ty.</w:t>
      </w:r>
    </w:p>
    <w:p w14:paraId="69B27037" w14:textId="77777777" w:rsidR="00DA797A" w:rsidRPr="00631D6C" w:rsidRDefault="00ED4172" w:rsidP="009236D4">
      <w:pPr>
        <w:spacing w:before="120" w:after="120" w:line="240" w:lineRule="auto"/>
        <w:rPr>
          <w:rFonts w:ascii="Times New Roman" w:hAnsi="Times New Roman" w:cs="Times New Roman"/>
          <w:sz w:val="26"/>
          <w:szCs w:val="26"/>
        </w:rPr>
      </w:pPr>
      <w:r w:rsidRPr="003E418C">
        <w:rPr>
          <w:rStyle w:val="Heading1Char"/>
        </w:rPr>
        <w:t xml:space="preserve">XIV. </w:t>
      </w:r>
      <w:r w:rsidR="00C64A26" w:rsidRPr="003E418C">
        <w:rPr>
          <w:rStyle w:val="Heading1Char"/>
        </w:rPr>
        <w:t>LIÊN LẠC VỚI CHÚNG TÔI BẰNG CÁCH NÀO?</w:t>
      </w:r>
      <w:bookmarkStart w:id="0" w:name="_GoBack"/>
      <w:bookmarkEnd w:id="0"/>
      <w:r w:rsidRPr="00631D6C">
        <w:rPr>
          <w:rFonts w:ascii="Times New Roman" w:hAnsi="Times New Roman" w:cs="Times New Roman"/>
          <w:sz w:val="26"/>
          <w:szCs w:val="26"/>
        </w:rPr>
        <w:br/>
      </w:r>
      <w:r w:rsidR="00DA797A" w:rsidRPr="00631D6C">
        <w:rPr>
          <w:rFonts w:ascii="Times New Roman" w:hAnsi="Times New Roman" w:cs="Times New Roman"/>
          <w:sz w:val="26"/>
          <w:szCs w:val="26"/>
        </w:rPr>
        <w:t>Mọi thắc mắc, yêu cầu liên quan đến bảo vệ dữ liệu cá nhân, vui lòng liên hệ:</w:t>
      </w:r>
    </w:p>
    <w:p w14:paraId="7D87D335" w14:textId="77777777" w:rsidR="00DA797A" w:rsidRPr="00631D6C" w:rsidRDefault="00DA797A" w:rsidP="00677BB7">
      <w:pPr>
        <w:spacing w:before="120" w:after="120" w:line="240" w:lineRule="auto"/>
        <w:jc w:val="both"/>
        <w:rPr>
          <w:rFonts w:ascii="Times New Roman" w:hAnsi="Times New Roman" w:cs="Times New Roman"/>
          <w:sz w:val="26"/>
          <w:szCs w:val="26"/>
        </w:rPr>
      </w:pPr>
      <w:r w:rsidRPr="00631D6C">
        <w:rPr>
          <w:rFonts w:ascii="Times New Roman" w:hAnsi="Times New Roman" w:cs="Times New Roman"/>
          <w:sz w:val="26"/>
          <w:szCs w:val="26"/>
        </w:rPr>
        <w:t>CÔNG TY CỔ PHẦN KẾT CẤU THÉP ATAD</w:t>
      </w:r>
    </w:p>
    <w:p w14:paraId="5EBE814D" w14:textId="77777777" w:rsidR="00DA797A" w:rsidRPr="00631D6C" w:rsidRDefault="00DA797A" w:rsidP="00677BB7">
      <w:pPr>
        <w:spacing w:before="120" w:after="120" w:line="240" w:lineRule="auto"/>
        <w:jc w:val="both"/>
        <w:rPr>
          <w:rFonts w:ascii="Times New Roman" w:hAnsi="Times New Roman" w:cs="Times New Roman"/>
          <w:sz w:val="26"/>
          <w:szCs w:val="26"/>
        </w:rPr>
      </w:pPr>
      <w:r w:rsidRPr="00631D6C">
        <w:rPr>
          <w:rFonts w:ascii="Times New Roman" w:hAnsi="Times New Roman" w:cs="Times New Roman"/>
          <w:sz w:val="26"/>
          <w:szCs w:val="26"/>
        </w:rPr>
        <w:t>Bộ phận: Nhân sự / Tuyển dụng</w:t>
      </w:r>
    </w:p>
    <w:p w14:paraId="4D735A49" w14:textId="77777777" w:rsidR="00DA797A" w:rsidRPr="00631D6C" w:rsidRDefault="00DA797A" w:rsidP="00677BB7">
      <w:pPr>
        <w:spacing w:before="120" w:after="120" w:line="240" w:lineRule="auto"/>
        <w:jc w:val="both"/>
        <w:rPr>
          <w:rFonts w:ascii="Times New Roman" w:hAnsi="Times New Roman" w:cs="Times New Roman"/>
          <w:sz w:val="26"/>
          <w:szCs w:val="26"/>
        </w:rPr>
      </w:pPr>
      <w:r w:rsidRPr="00631D6C">
        <w:rPr>
          <w:rFonts w:ascii="Times New Roman" w:hAnsi="Times New Roman" w:cs="Times New Roman"/>
          <w:sz w:val="26"/>
          <w:szCs w:val="26"/>
        </w:rPr>
        <w:t>Email: tuyendung@atad.vn</w:t>
      </w:r>
    </w:p>
    <w:p w14:paraId="5D5B9143" w14:textId="77777777" w:rsidR="00DA797A" w:rsidRPr="00631D6C" w:rsidRDefault="00DA797A" w:rsidP="00677BB7">
      <w:pPr>
        <w:spacing w:before="120" w:after="120" w:line="240" w:lineRule="auto"/>
        <w:jc w:val="both"/>
        <w:rPr>
          <w:rFonts w:ascii="Times New Roman" w:hAnsi="Times New Roman" w:cs="Times New Roman"/>
          <w:sz w:val="26"/>
          <w:szCs w:val="26"/>
        </w:rPr>
      </w:pPr>
      <w:r w:rsidRPr="00631D6C">
        <w:rPr>
          <w:rFonts w:ascii="Times New Roman" w:hAnsi="Times New Roman" w:cs="Times New Roman"/>
          <w:sz w:val="26"/>
          <w:szCs w:val="26"/>
        </w:rPr>
        <w:t>Điện thoại: 02809360666</w:t>
      </w:r>
    </w:p>
    <w:sectPr w:rsidR="00DA797A" w:rsidRPr="00631D6C" w:rsidSect="00ED4172">
      <w:pgSz w:w="12240" w:h="15840"/>
      <w:pgMar w:top="709" w:right="1800" w:bottom="567"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Yu Gothic UI"/>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7154F5C"/>
    <w:multiLevelType w:val="hybridMultilevel"/>
    <w:tmpl w:val="50183372"/>
    <w:lvl w:ilvl="0" w:tplc="BEBE03FC">
      <w:start w:val="1"/>
      <w:numFmt w:val="bullet"/>
      <w:lvlText w:val="−"/>
      <w:lvlJc w:val="left"/>
      <w:pPr>
        <w:ind w:left="720" w:hanging="360"/>
      </w:pPr>
      <w:rPr>
        <w:rFonts w:ascii="Calibri" w:hAnsi="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0EC13EED"/>
    <w:multiLevelType w:val="multilevel"/>
    <w:tmpl w:val="80E0B9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3195307"/>
    <w:multiLevelType w:val="multilevel"/>
    <w:tmpl w:val="EC006158"/>
    <w:lvl w:ilvl="0">
      <w:start w:val="1"/>
      <w:numFmt w:val="bullet"/>
      <w:lvlText w:val="−"/>
      <w:lvlJc w:val="left"/>
      <w:pPr>
        <w:tabs>
          <w:tab w:val="num" w:pos="720"/>
        </w:tabs>
        <w:ind w:left="720" w:hanging="360"/>
      </w:pPr>
      <w:rPr>
        <w:rFonts w:ascii="Calibri" w:hAnsi="Calibri"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67A753E"/>
    <w:multiLevelType w:val="multilevel"/>
    <w:tmpl w:val="1250D046"/>
    <w:lvl w:ilvl="0">
      <w:start w:val="1"/>
      <w:numFmt w:val="bullet"/>
      <w:lvlText w:val="−"/>
      <w:lvlJc w:val="left"/>
      <w:pPr>
        <w:tabs>
          <w:tab w:val="num" w:pos="720"/>
        </w:tabs>
        <w:ind w:left="720" w:hanging="360"/>
      </w:pPr>
      <w:rPr>
        <w:rFonts w:ascii="Calibri" w:hAnsi="Calibri"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76A6DF8"/>
    <w:multiLevelType w:val="hybridMultilevel"/>
    <w:tmpl w:val="41DC1232"/>
    <w:lvl w:ilvl="0" w:tplc="BEBE03FC">
      <w:start w:val="1"/>
      <w:numFmt w:val="bullet"/>
      <w:lvlText w:val="−"/>
      <w:lvlJc w:val="left"/>
      <w:pPr>
        <w:ind w:left="1440" w:hanging="360"/>
      </w:pPr>
      <w:rPr>
        <w:rFonts w:ascii="Calibri" w:hAnsi="Calibri"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17780E45"/>
    <w:multiLevelType w:val="hybridMultilevel"/>
    <w:tmpl w:val="3C8058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822050E"/>
    <w:multiLevelType w:val="hybridMultilevel"/>
    <w:tmpl w:val="A03455AA"/>
    <w:lvl w:ilvl="0" w:tplc="BEBE03FC">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E9B61D9"/>
    <w:multiLevelType w:val="multilevel"/>
    <w:tmpl w:val="E66A1C2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7" w15:restartNumberingAfterBreak="0">
    <w:nsid w:val="22B54240"/>
    <w:multiLevelType w:val="multilevel"/>
    <w:tmpl w:val="C28064E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25BD0F09"/>
    <w:multiLevelType w:val="hybridMultilevel"/>
    <w:tmpl w:val="FD50878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7B03C3C"/>
    <w:multiLevelType w:val="multilevel"/>
    <w:tmpl w:val="B96E5C86"/>
    <w:lvl w:ilvl="0">
      <w:start w:val="1"/>
      <w:numFmt w:val="bullet"/>
      <w:lvlText w:val="−"/>
      <w:lvlJc w:val="left"/>
      <w:pPr>
        <w:tabs>
          <w:tab w:val="num" w:pos="720"/>
        </w:tabs>
        <w:ind w:left="720" w:hanging="360"/>
      </w:pPr>
      <w:rPr>
        <w:rFonts w:ascii="Calibri" w:hAnsi="Calibri"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8C00949"/>
    <w:multiLevelType w:val="multilevel"/>
    <w:tmpl w:val="DB7A7E1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2E5B27DB"/>
    <w:multiLevelType w:val="multilevel"/>
    <w:tmpl w:val="7F22B8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57D476C"/>
    <w:multiLevelType w:val="multilevel"/>
    <w:tmpl w:val="9BDA63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363308E5"/>
    <w:multiLevelType w:val="multilevel"/>
    <w:tmpl w:val="E472AD20"/>
    <w:lvl w:ilvl="0">
      <w:start w:val="1"/>
      <w:numFmt w:val="bullet"/>
      <w:lvlText w:val="−"/>
      <w:lvlJc w:val="left"/>
      <w:pPr>
        <w:tabs>
          <w:tab w:val="num" w:pos="720"/>
        </w:tabs>
        <w:ind w:left="720" w:hanging="360"/>
      </w:pPr>
      <w:rPr>
        <w:rFonts w:ascii="Calibri" w:hAnsi="Calibri"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7CD67E4"/>
    <w:multiLevelType w:val="multilevel"/>
    <w:tmpl w:val="CA941D6A"/>
    <w:lvl w:ilvl="0">
      <w:start w:val="1"/>
      <w:numFmt w:val="bullet"/>
      <w:lvlText w:val="-"/>
      <w:lvlJc w:val="left"/>
      <w:pPr>
        <w:tabs>
          <w:tab w:val="num" w:pos="720"/>
        </w:tabs>
        <w:ind w:left="720" w:hanging="360"/>
      </w:pPr>
      <w:rPr>
        <w:rFonts w:ascii="Calibri" w:eastAsia="Calibri" w:hAnsi="Calibri" w:cs="Calibri"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8D63249"/>
    <w:multiLevelType w:val="multilevel"/>
    <w:tmpl w:val="1250D046"/>
    <w:lvl w:ilvl="0">
      <w:start w:val="1"/>
      <w:numFmt w:val="bullet"/>
      <w:lvlText w:val="−"/>
      <w:lvlJc w:val="left"/>
      <w:pPr>
        <w:tabs>
          <w:tab w:val="num" w:pos="720"/>
        </w:tabs>
        <w:ind w:left="720" w:hanging="360"/>
      </w:pPr>
      <w:rPr>
        <w:rFonts w:ascii="Calibri" w:hAnsi="Calibri"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E476080"/>
    <w:multiLevelType w:val="hybridMultilevel"/>
    <w:tmpl w:val="CA52427A"/>
    <w:lvl w:ilvl="0" w:tplc="BEBE03FC">
      <w:start w:val="1"/>
      <w:numFmt w:val="bullet"/>
      <w:lvlText w:val="−"/>
      <w:lvlJc w:val="left"/>
      <w:pPr>
        <w:ind w:left="1080" w:hanging="360"/>
      </w:pPr>
      <w:rPr>
        <w:rFonts w:ascii="Calibri" w:hAnsi="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15:restartNumberingAfterBreak="0">
    <w:nsid w:val="3EF920B0"/>
    <w:multiLevelType w:val="multilevel"/>
    <w:tmpl w:val="CBD8CC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3F1D0400"/>
    <w:multiLevelType w:val="multilevel"/>
    <w:tmpl w:val="1250D046"/>
    <w:lvl w:ilvl="0">
      <w:start w:val="1"/>
      <w:numFmt w:val="bullet"/>
      <w:lvlText w:val="−"/>
      <w:lvlJc w:val="left"/>
      <w:pPr>
        <w:tabs>
          <w:tab w:val="num" w:pos="720"/>
        </w:tabs>
        <w:ind w:left="720" w:hanging="360"/>
      </w:pPr>
      <w:rPr>
        <w:rFonts w:ascii="Calibri" w:hAnsi="Calibri"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3DD46EA"/>
    <w:multiLevelType w:val="hybridMultilevel"/>
    <w:tmpl w:val="72826FEC"/>
    <w:lvl w:ilvl="0" w:tplc="DAFA410C">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47468E2"/>
    <w:multiLevelType w:val="multilevel"/>
    <w:tmpl w:val="ECB09B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4A5E432B"/>
    <w:multiLevelType w:val="multilevel"/>
    <w:tmpl w:val="263AF8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4AF0303D"/>
    <w:multiLevelType w:val="hybridMultilevel"/>
    <w:tmpl w:val="856CDF90"/>
    <w:lvl w:ilvl="0" w:tplc="04090019">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4B0F3557"/>
    <w:multiLevelType w:val="multilevel"/>
    <w:tmpl w:val="DD5CD3CE"/>
    <w:lvl w:ilvl="0">
      <w:start w:val="1"/>
      <w:numFmt w:val="bullet"/>
      <w:lvlText w:val="−"/>
      <w:lvlJc w:val="left"/>
      <w:pPr>
        <w:tabs>
          <w:tab w:val="num" w:pos="720"/>
        </w:tabs>
        <w:ind w:left="720" w:hanging="360"/>
      </w:pPr>
      <w:rPr>
        <w:rFonts w:ascii="Calibri" w:hAnsi="Calibri"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2195AA4"/>
    <w:multiLevelType w:val="hybridMultilevel"/>
    <w:tmpl w:val="71A08502"/>
    <w:lvl w:ilvl="0" w:tplc="04090019">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53192C92"/>
    <w:multiLevelType w:val="multilevel"/>
    <w:tmpl w:val="4DCACFB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55F03274"/>
    <w:multiLevelType w:val="multilevel"/>
    <w:tmpl w:val="B330D3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59E6238A"/>
    <w:multiLevelType w:val="multilevel"/>
    <w:tmpl w:val="2F0425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5D2050F6"/>
    <w:multiLevelType w:val="hybridMultilevel"/>
    <w:tmpl w:val="70E2EA42"/>
    <w:lvl w:ilvl="0" w:tplc="BEBE03FC">
      <w:start w:val="1"/>
      <w:numFmt w:val="bullet"/>
      <w:lvlText w:val="−"/>
      <w:lvlJc w:val="left"/>
      <w:pPr>
        <w:ind w:left="1080" w:hanging="360"/>
      </w:pPr>
      <w:rPr>
        <w:rFonts w:ascii="Calibri" w:hAnsi="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9" w15:restartNumberingAfterBreak="0">
    <w:nsid w:val="60085D82"/>
    <w:multiLevelType w:val="multilevel"/>
    <w:tmpl w:val="130063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3E064AD"/>
    <w:multiLevelType w:val="hybridMultilevel"/>
    <w:tmpl w:val="356E491E"/>
    <w:lvl w:ilvl="0" w:tplc="BEBE03FC">
      <w:start w:val="1"/>
      <w:numFmt w:val="bullet"/>
      <w:lvlText w:val="−"/>
      <w:lvlJc w:val="left"/>
      <w:pPr>
        <w:ind w:left="1440" w:hanging="360"/>
      </w:pPr>
      <w:rPr>
        <w:rFonts w:ascii="Calibri" w:hAnsi="Calibri"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41" w15:restartNumberingAfterBreak="0">
    <w:nsid w:val="65BF1820"/>
    <w:multiLevelType w:val="multilevel"/>
    <w:tmpl w:val="528401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67EE5065"/>
    <w:multiLevelType w:val="multilevel"/>
    <w:tmpl w:val="1250D046"/>
    <w:lvl w:ilvl="0">
      <w:start w:val="1"/>
      <w:numFmt w:val="bullet"/>
      <w:lvlText w:val="−"/>
      <w:lvlJc w:val="left"/>
      <w:pPr>
        <w:tabs>
          <w:tab w:val="num" w:pos="720"/>
        </w:tabs>
        <w:ind w:left="720" w:hanging="360"/>
      </w:pPr>
      <w:rPr>
        <w:rFonts w:ascii="Calibri" w:hAnsi="Calibri"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690105F5"/>
    <w:multiLevelType w:val="multilevel"/>
    <w:tmpl w:val="6FF0BA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6ADA6B8E"/>
    <w:multiLevelType w:val="multilevel"/>
    <w:tmpl w:val="D3A4C9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0E43802"/>
    <w:multiLevelType w:val="hybridMultilevel"/>
    <w:tmpl w:val="CE8ECD64"/>
    <w:lvl w:ilvl="0" w:tplc="BEBE03FC">
      <w:start w:val="1"/>
      <w:numFmt w:val="bullet"/>
      <w:lvlText w:val="−"/>
      <w:lvlJc w:val="left"/>
      <w:pPr>
        <w:ind w:left="1080" w:hanging="360"/>
      </w:pPr>
      <w:rPr>
        <w:rFonts w:ascii="Calibri" w:hAnsi="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6" w15:restartNumberingAfterBreak="0">
    <w:nsid w:val="764D2E8D"/>
    <w:multiLevelType w:val="hybridMultilevel"/>
    <w:tmpl w:val="3BC42B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77C92A25"/>
    <w:multiLevelType w:val="multilevel"/>
    <w:tmpl w:val="0172C6C4"/>
    <w:lvl w:ilvl="0">
      <w:start w:val="1"/>
      <w:numFmt w:val="bullet"/>
      <w:lvlText w:val="−"/>
      <w:lvlJc w:val="left"/>
      <w:pPr>
        <w:tabs>
          <w:tab w:val="num" w:pos="720"/>
        </w:tabs>
        <w:ind w:left="720" w:hanging="360"/>
      </w:pPr>
      <w:rPr>
        <w:rFonts w:ascii="Calibri" w:hAnsi="Calibri"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7EA41FF1"/>
    <w:multiLevelType w:val="multilevel"/>
    <w:tmpl w:val="DB667394"/>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 w:numId="10">
    <w:abstractNumId w:val="46"/>
  </w:num>
  <w:num w:numId="11">
    <w:abstractNumId w:val="15"/>
  </w:num>
  <w:num w:numId="12">
    <w:abstractNumId w:val="29"/>
  </w:num>
  <w:num w:numId="13">
    <w:abstractNumId w:val="13"/>
  </w:num>
  <w:num w:numId="14">
    <w:abstractNumId w:val="43"/>
  </w:num>
  <w:num w:numId="15">
    <w:abstractNumId w:val="41"/>
  </w:num>
  <w:num w:numId="16">
    <w:abstractNumId w:val="20"/>
  </w:num>
  <w:num w:numId="17">
    <w:abstractNumId w:val="44"/>
  </w:num>
  <w:num w:numId="18">
    <w:abstractNumId w:val="35"/>
  </w:num>
  <w:num w:numId="19">
    <w:abstractNumId w:val="37"/>
  </w:num>
  <w:num w:numId="20">
    <w:abstractNumId w:val="17"/>
  </w:num>
  <w:num w:numId="21">
    <w:abstractNumId w:val="30"/>
  </w:num>
  <w:num w:numId="22">
    <w:abstractNumId w:val="31"/>
  </w:num>
  <w:num w:numId="23">
    <w:abstractNumId w:val="22"/>
  </w:num>
  <w:num w:numId="24">
    <w:abstractNumId w:val="10"/>
  </w:num>
  <w:num w:numId="25">
    <w:abstractNumId w:val="21"/>
  </w:num>
  <w:num w:numId="26">
    <w:abstractNumId w:val="36"/>
  </w:num>
  <w:num w:numId="27">
    <w:abstractNumId w:val="16"/>
  </w:num>
  <w:num w:numId="28">
    <w:abstractNumId w:val="24"/>
  </w:num>
  <w:num w:numId="29">
    <w:abstractNumId w:val="39"/>
  </w:num>
  <w:num w:numId="30">
    <w:abstractNumId w:val="23"/>
  </w:num>
  <w:num w:numId="31">
    <w:abstractNumId w:val="40"/>
  </w:num>
  <w:num w:numId="32">
    <w:abstractNumId w:val="9"/>
  </w:num>
  <w:num w:numId="33">
    <w:abstractNumId w:val="33"/>
  </w:num>
  <w:num w:numId="34">
    <w:abstractNumId w:val="47"/>
  </w:num>
  <w:num w:numId="35">
    <w:abstractNumId w:val="48"/>
  </w:num>
  <w:num w:numId="36">
    <w:abstractNumId w:val="27"/>
  </w:num>
  <w:num w:numId="37">
    <w:abstractNumId w:val="19"/>
  </w:num>
  <w:num w:numId="38">
    <w:abstractNumId w:val="11"/>
  </w:num>
  <w:num w:numId="39">
    <w:abstractNumId w:val="45"/>
  </w:num>
  <w:num w:numId="40">
    <w:abstractNumId w:val="38"/>
  </w:num>
  <w:num w:numId="41">
    <w:abstractNumId w:val="26"/>
  </w:num>
  <w:num w:numId="42">
    <w:abstractNumId w:val="34"/>
  </w:num>
  <w:num w:numId="43">
    <w:abstractNumId w:val="14"/>
  </w:num>
  <w:num w:numId="44">
    <w:abstractNumId w:val="32"/>
  </w:num>
  <w:num w:numId="45">
    <w:abstractNumId w:val="42"/>
  </w:num>
  <w:num w:numId="46">
    <w:abstractNumId w:val="28"/>
  </w:num>
  <w:num w:numId="47">
    <w:abstractNumId w:val="25"/>
  </w:num>
  <w:num w:numId="48">
    <w:abstractNumId w:val="18"/>
  </w:num>
  <w:num w:numId="4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7730"/>
    <w:rsid w:val="00034616"/>
    <w:rsid w:val="0006063C"/>
    <w:rsid w:val="000F70BD"/>
    <w:rsid w:val="0015074B"/>
    <w:rsid w:val="0029639D"/>
    <w:rsid w:val="00326F90"/>
    <w:rsid w:val="00396714"/>
    <w:rsid w:val="003E418C"/>
    <w:rsid w:val="00631D6C"/>
    <w:rsid w:val="00677BB7"/>
    <w:rsid w:val="00896CE3"/>
    <w:rsid w:val="009236D4"/>
    <w:rsid w:val="00AA1D8D"/>
    <w:rsid w:val="00AC2C6E"/>
    <w:rsid w:val="00B47730"/>
    <w:rsid w:val="00C64A26"/>
    <w:rsid w:val="00CB0664"/>
    <w:rsid w:val="00DA797A"/>
    <w:rsid w:val="00ED4172"/>
    <w:rsid w:val="00F4572A"/>
    <w:rsid w:val="00FC693F"/>
    <w:rsid w:val="00FE1CE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A1DF1F9"/>
  <w14:defaultImageDpi w14:val="300"/>
  <w15:docId w15:val="{038D3644-76AD-43BC-A251-24C04A6B3D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C693F"/>
  </w:style>
  <w:style w:type="paragraph" w:styleId="Heading1">
    <w:name w:val="heading 1"/>
    <w:basedOn w:val="Normal"/>
    <w:next w:val="Normal"/>
    <w:link w:val="Heading1Char"/>
    <w:uiPriority w:val="9"/>
    <w:qFormat/>
    <w:rsid w:val="003E418C"/>
    <w:pPr>
      <w:keepNext/>
      <w:keepLines/>
      <w:spacing w:before="480" w:after="0"/>
      <w:outlineLvl w:val="0"/>
    </w:pPr>
    <w:rPr>
      <w:rFonts w:ascii="Times New Roman" w:eastAsiaTheme="majorEastAsia" w:hAnsi="Times New Roman" w:cstheme="majorBidi"/>
      <w:b/>
      <w:bCs/>
      <w:sz w:val="26"/>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3E418C"/>
    <w:rPr>
      <w:rFonts w:ascii="Times New Roman" w:eastAsiaTheme="majorEastAsia" w:hAnsi="Times New Roman" w:cstheme="majorBidi"/>
      <w:b/>
      <w:bCs/>
      <w:sz w:val="26"/>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NormalWeb">
    <w:name w:val="Normal (Web)"/>
    <w:basedOn w:val="Normal"/>
    <w:uiPriority w:val="99"/>
    <w:unhideWhenUsed/>
    <w:rsid w:val="00ED4172"/>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982900">
      <w:bodyDiv w:val="1"/>
      <w:marLeft w:val="0"/>
      <w:marRight w:val="0"/>
      <w:marTop w:val="0"/>
      <w:marBottom w:val="0"/>
      <w:divBdr>
        <w:top w:val="none" w:sz="0" w:space="0" w:color="auto"/>
        <w:left w:val="none" w:sz="0" w:space="0" w:color="auto"/>
        <w:bottom w:val="none" w:sz="0" w:space="0" w:color="auto"/>
        <w:right w:val="none" w:sz="0" w:space="0" w:color="auto"/>
      </w:divBdr>
    </w:div>
    <w:div w:id="51927965">
      <w:bodyDiv w:val="1"/>
      <w:marLeft w:val="0"/>
      <w:marRight w:val="0"/>
      <w:marTop w:val="0"/>
      <w:marBottom w:val="0"/>
      <w:divBdr>
        <w:top w:val="none" w:sz="0" w:space="0" w:color="auto"/>
        <w:left w:val="none" w:sz="0" w:space="0" w:color="auto"/>
        <w:bottom w:val="none" w:sz="0" w:space="0" w:color="auto"/>
        <w:right w:val="none" w:sz="0" w:space="0" w:color="auto"/>
      </w:divBdr>
    </w:div>
    <w:div w:id="247348570">
      <w:bodyDiv w:val="1"/>
      <w:marLeft w:val="0"/>
      <w:marRight w:val="0"/>
      <w:marTop w:val="0"/>
      <w:marBottom w:val="0"/>
      <w:divBdr>
        <w:top w:val="none" w:sz="0" w:space="0" w:color="auto"/>
        <w:left w:val="none" w:sz="0" w:space="0" w:color="auto"/>
        <w:bottom w:val="none" w:sz="0" w:space="0" w:color="auto"/>
        <w:right w:val="none" w:sz="0" w:space="0" w:color="auto"/>
      </w:divBdr>
    </w:div>
    <w:div w:id="345835712">
      <w:bodyDiv w:val="1"/>
      <w:marLeft w:val="0"/>
      <w:marRight w:val="0"/>
      <w:marTop w:val="0"/>
      <w:marBottom w:val="0"/>
      <w:divBdr>
        <w:top w:val="none" w:sz="0" w:space="0" w:color="auto"/>
        <w:left w:val="none" w:sz="0" w:space="0" w:color="auto"/>
        <w:bottom w:val="none" w:sz="0" w:space="0" w:color="auto"/>
        <w:right w:val="none" w:sz="0" w:space="0" w:color="auto"/>
      </w:divBdr>
    </w:div>
    <w:div w:id="571625360">
      <w:bodyDiv w:val="1"/>
      <w:marLeft w:val="0"/>
      <w:marRight w:val="0"/>
      <w:marTop w:val="0"/>
      <w:marBottom w:val="0"/>
      <w:divBdr>
        <w:top w:val="none" w:sz="0" w:space="0" w:color="auto"/>
        <w:left w:val="none" w:sz="0" w:space="0" w:color="auto"/>
        <w:bottom w:val="none" w:sz="0" w:space="0" w:color="auto"/>
        <w:right w:val="none" w:sz="0" w:space="0" w:color="auto"/>
      </w:divBdr>
    </w:div>
    <w:div w:id="677735218">
      <w:bodyDiv w:val="1"/>
      <w:marLeft w:val="0"/>
      <w:marRight w:val="0"/>
      <w:marTop w:val="0"/>
      <w:marBottom w:val="0"/>
      <w:divBdr>
        <w:top w:val="none" w:sz="0" w:space="0" w:color="auto"/>
        <w:left w:val="none" w:sz="0" w:space="0" w:color="auto"/>
        <w:bottom w:val="none" w:sz="0" w:space="0" w:color="auto"/>
        <w:right w:val="none" w:sz="0" w:space="0" w:color="auto"/>
      </w:divBdr>
    </w:div>
    <w:div w:id="843206602">
      <w:bodyDiv w:val="1"/>
      <w:marLeft w:val="0"/>
      <w:marRight w:val="0"/>
      <w:marTop w:val="0"/>
      <w:marBottom w:val="0"/>
      <w:divBdr>
        <w:top w:val="none" w:sz="0" w:space="0" w:color="auto"/>
        <w:left w:val="none" w:sz="0" w:space="0" w:color="auto"/>
        <w:bottom w:val="none" w:sz="0" w:space="0" w:color="auto"/>
        <w:right w:val="none" w:sz="0" w:space="0" w:color="auto"/>
      </w:divBdr>
    </w:div>
    <w:div w:id="878055457">
      <w:bodyDiv w:val="1"/>
      <w:marLeft w:val="0"/>
      <w:marRight w:val="0"/>
      <w:marTop w:val="0"/>
      <w:marBottom w:val="0"/>
      <w:divBdr>
        <w:top w:val="none" w:sz="0" w:space="0" w:color="auto"/>
        <w:left w:val="none" w:sz="0" w:space="0" w:color="auto"/>
        <w:bottom w:val="none" w:sz="0" w:space="0" w:color="auto"/>
        <w:right w:val="none" w:sz="0" w:space="0" w:color="auto"/>
      </w:divBdr>
    </w:div>
    <w:div w:id="954866381">
      <w:bodyDiv w:val="1"/>
      <w:marLeft w:val="0"/>
      <w:marRight w:val="0"/>
      <w:marTop w:val="0"/>
      <w:marBottom w:val="0"/>
      <w:divBdr>
        <w:top w:val="none" w:sz="0" w:space="0" w:color="auto"/>
        <w:left w:val="none" w:sz="0" w:space="0" w:color="auto"/>
        <w:bottom w:val="none" w:sz="0" w:space="0" w:color="auto"/>
        <w:right w:val="none" w:sz="0" w:space="0" w:color="auto"/>
      </w:divBdr>
    </w:div>
    <w:div w:id="1040663403">
      <w:bodyDiv w:val="1"/>
      <w:marLeft w:val="0"/>
      <w:marRight w:val="0"/>
      <w:marTop w:val="0"/>
      <w:marBottom w:val="0"/>
      <w:divBdr>
        <w:top w:val="none" w:sz="0" w:space="0" w:color="auto"/>
        <w:left w:val="none" w:sz="0" w:space="0" w:color="auto"/>
        <w:bottom w:val="none" w:sz="0" w:space="0" w:color="auto"/>
        <w:right w:val="none" w:sz="0" w:space="0" w:color="auto"/>
      </w:divBdr>
    </w:div>
    <w:div w:id="1140460628">
      <w:bodyDiv w:val="1"/>
      <w:marLeft w:val="0"/>
      <w:marRight w:val="0"/>
      <w:marTop w:val="0"/>
      <w:marBottom w:val="0"/>
      <w:divBdr>
        <w:top w:val="none" w:sz="0" w:space="0" w:color="auto"/>
        <w:left w:val="none" w:sz="0" w:space="0" w:color="auto"/>
        <w:bottom w:val="none" w:sz="0" w:space="0" w:color="auto"/>
        <w:right w:val="none" w:sz="0" w:space="0" w:color="auto"/>
      </w:divBdr>
    </w:div>
    <w:div w:id="1258095693">
      <w:bodyDiv w:val="1"/>
      <w:marLeft w:val="0"/>
      <w:marRight w:val="0"/>
      <w:marTop w:val="0"/>
      <w:marBottom w:val="0"/>
      <w:divBdr>
        <w:top w:val="none" w:sz="0" w:space="0" w:color="auto"/>
        <w:left w:val="none" w:sz="0" w:space="0" w:color="auto"/>
        <w:bottom w:val="none" w:sz="0" w:space="0" w:color="auto"/>
        <w:right w:val="none" w:sz="0" w:space="0" w:color="auto"/>
      </w:divBdr>
    </w:div>
    <w:div w:id="1500847104">
      <w:bodyDiv w:val="1"/>
      <w:marLeft w:val="0"/>
      <w:marRight w:val="0"/>
      <w:marTop w:val="0"/>
      <w:marBottom w:val="0"/>
      <w:divBdr>
        <w:top w:val="none" w:sz="0" w:space="0" w:color="auto"/>
        <w:left w:val="none" w:sz="0" w:space="0" w:color="auto"/>
        <w:bottom w:val="none" w:sz="0" w:space="0" w:color="auto"/>
        <w:right w:val="none" w:sz="0" w:space="0" w:color="auto"/>
      </w:divBdr>
    </w:div>
    <w:div w:id="1576741489">
      <w:bodyDiv w:val="1"/>
      <w:marLeft w:val="0"/>
      <w:marRight w:val="0"/>
      <w:marTop w:val="0"/>
      <w:marBottom w:val="0"/>
      <w:divBdr>
        <w:top w:val="none" w:sz="0" w:space="0" w:color="auto"/>
        <w:left w:val="none" w:sz="0" w:space="0" w:color="auto"/>
        <w:bottom w:val="none" w:sz="0" w:space="0" w:color="auto"/>
        <w:right w:val="none" w:sz="0" w:space="0" w:color="auto"/>
      </w:divBdr>
    </w:div>
    <w:div w:id="1722242482">
      <w:bodyDiv w:val="1"/>
      <w:marLeft w:val="0"/>
      <w:marRight w:val="0"/>
      <w:marTop w:val="0"/>
      <w:marBottom w:val="0"/>
      <w:divBdr>
        <w:top w:val="none" w:sz="0" w:space="0" w:color="auto"/>
        <w:left w:val="none" w:sz="0" w:space="0" w:color="auto"/>
        <w:bottom w:val="none" w:sz="0" w:space="0" w:color="auto"/>
        <w:right w:val="none" w:sz="0" w:space="0" w:color="auto"/>
      </w:divBdr>
    </w:div>
    <w:div w:id="1887061353">
      <w:bodyDiv w:val="1"/>
      <w:marLeft w:val="0"/>
      <w:marRight w:val="0"/>
      <w:marTop w:val="0"/>
      <w:marBottom w:val="0"/>
      <w:divBdr>
        <w:top w:val="none" w:sz="0" w:space="0" w:color="auto"/>
        <w:left w:val="none" w:sz="0" w:space="0" w:color="auto"/>
        <w:bottom w:val="none" w:sz="0" w:space="0" w:color="auto"/>
        <w:right w:val="none" w:sz="0" w:space="0" w:color="auto"/>
      </w:divBdr>
    </w:div>
    <w:div w:id="2143382875">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3C1B0F-6A53-4AA7-87E1-2B4A54A8D2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4</Pages>
  <Words>1222</Words>
  <Characters>6967</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8173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Nguyen Ngoc Phuong An</cp:lastModifiedBy>
  <cp:revision>6</cp:revision>
  <dcterms:created xsi:type="dcterms:W3CDTF">2026-02-11T07:51:00Z</dcterms:created>
  <dcterms:modified xsi:type="dcterms:W3CDTF">2026-02-11T08:46:00Z</dcterms:modified>
  <cp:category/>
</cp:coreProperties>
</file>